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DE29C" w:themeColor="accent1"/>
  <w:body>
    <w:p w14:paraId="7BEBBE1C" w14:textId="41BA5080" w:rsidR="00715430" w:rsidRPr="008B114E" w:rsidRDefault="008B114E" w:rsidP="008B114E">
      <w:pPr>
        <w:pStyle w:val="Title"/>
        <w:jc w:val="center"/>
        <w:rPr>
          <w:rFonts w:ascii="Times New Roman" w:hAnsi="Times New Roman" w:cs="Times New Roman"/>
          <w:b/>
          <w:bCs/>
          <w:i/>
          <w:iCs/>
        </w:rPr>
      </w:pPr>
      <w:r>
        <w:rPr>
          <w:noProof/>
          <w:color w:val="542804" w:themeColor="background2"/>
          <w:sz w:val="32"/>
          <w:szCs w:val="32"/>
        </w:rPr>
        <w:drawing>
          <wp:anchor distT="0" distB="0" distL="114300" distR="114300" simplePos="0" relativeHeight="251657216" behindDoc="1" locked="0" layoutInCell="1" allowOverlap="1" wp14:anchorId="0856D4B3" wp14:editId="084AA960">
            <wp:simplePos x="0" y="0"/>
            <wp:positionH relativeFrom="column">
              <wp:posOffset>-1143000</wp:posOffset>
            </wp:positionH>
            <wp:positionV relativeFrom="paragraph">
              <wp:posOffset>-1111250</wp:posOffset>
            </wp:positionV>
            <wp:extent cx="7772400" cy="10934700"/>
            <wp:effectExtent l="0" t="0" r="0" b="0"/>
            <wp:wrapNone/>
            <wp:docPr id="5612060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206000" name="Picture 561206000"/>
                    <pic:cNvPicPr/>
                  </pic:nvPicPr>
                  <pic:blipFill>
                    <a:blip r:embed="rId6">
                      <a:alphaModFix amt="1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934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092D" w:rsidRPr="008B114E">
        <w:rPr>
          <w:rFonts w:ascii="Times New Roman" w:hAnsi="Times New Roman" w:cs="Times New Roman"/>
          <w:b/>
          <w:bCs/>
          <w:i/>
          <w:iCs/>
        </w:rPr>
        <w:t>Ascent to Serenity Support</w:t>
      </w:r>
    </w:p>
    <w:p w14:paraId="1DE937A1" w14:textId="77777777" w:rsidR="00715430" w:rsidRPr="008B114E" w:rsidRDefault="0037092D">
      <w:pPr>
        <w:pStyle w:val="Heading1"/>
        <w:rPr>
          <w:color w:val="542804" w:themeColor="background2"/>
        </w:rPr>
      </w:pPr>
      <w:r w:rsidRPr="008B114E">
        <w:rPr>
          <w:color w:val="542804" w:themeColor="background2"/>
        </w:rPr>
        <w:t>Client Agreement</w:t>
      </w:r>
    </w:p>
    <w:p w14:paraId="1707CDEB" w14:textId="77777777" w:rsidR="00715430" w:rsidRPr="008B114E" w:rsidRDefault="0037092D">
      <w:pPr>
        <w:pStyle w:val="Heading2"/>
        <w:rPr>
          <w:color w:val="542804" w:themeColor="background2"/>
        </w:rPr>
      </w:pPr>
      <w:r w:rsidRPr="008B114E">
        <w:rPr>
          <w:color w:val="542804" w:themeColor="background2"/>
        </w:rPr>
        <w:t>Service Overview</w:t>
      </w:r>
    </w:p>
    <w:p w14:paraId="21736D37" w14:textId="77777777" w:rsidR="00715430" w:rsidRDefault="0037092D">
      <w:r>
        <w:t>Ascent to Serenity Support provides emotional support and guidance. This service is not a substitute for counselling, psychotherapy, or medical advice.</w:t>
      </w:r>
    </w:p>
    <w:p w14:paraId="64319D56" w14:textId="77777777" w:rsidR="00715430" w:rsidRDefault="0037092D">
      <w:pPr>
        <w:pStyle w:val="Heading2"/>
      </w:pPr>
      <w:r w:rsidRPr="008B114E">
        <w:rPr>
          <w:color w:val="542804" w:themeColor="background2"/>
        </w:rPr>
        <w:t>Eligibility</w:t>
      </w:r>
    </w:p>
    <w:p w14:paraId="5E6DDB96" w14:textId="77777777" w:rsidR="00715430" w:rsidRDefault="0037092D">
      <w:r>
        <w:t>This service is strictly for individuals aged 18 and over.</w:t>
      </w:r>
    </w:p>
    <w:p w14:paraId="378DE02F" w14:textId="77777777" w:rsidR="00715430" w:rsidRPr="008B114E" w:rsidRDefault="0037092D">
      <w:pPr>
        <w:pStyle w:val="Heading2"/>
        <w:rPr>
          <w:color w:val="542804" w:themeColor="background2"/>
        </w:rPr>
      </w:pPr>
      <w:r w:rsidRPr="008B114E">
        <w:rPr>
          <w:color w:val="542804" w:themeColor="background2"/>
        </w:rPr>
        <w:t>Sessions</w:t>
      </w:r>
    </w:p>
    <w:p w14:paraId="58DE4AFB" w14:textId="77777777" w:rsidR="00715430" w:rsidRDefault="0037092D">
      <w:r>
        <w:t>Sessions last approximately 50 minutes and are conducted online unless otherwise agreed.</w:t>
      </w:r>
    </w:p>
    <w:p w14:paraId="62EF6C34" w14:textId="77777777" w:rsidR="00715430" w:rsidRPr="008B114E" w:rsidRDefault="0037092D">
      <w:pPr>
        <w:pStyle w:val="Heading2"/>
        <w:rPr>
          <w:color w:val="542804" w:themeColor="background2"/>
        </w:rPr>
      </w:pPr>
      <w:r w:rsidRPr="008B114E">
        <w:rPr>
          <w:color w:val="542804" w:themeColor="background2"/>
        </w:rPr>
        <w:t>Commitment</w:t>
      </w:r>
    </w:p>
    <w:p w14:paraId="1616EBBF" w14:textId="77777777" w:rsidR="00715430" w:rsidRDefault="0037092D">
      <w:r>
        <w:t>Clients are expected to commit to a minimum of 4 sessions and a maximum of 12 sessions unless otherwise agreed.</w:t>
      </w:r>
    </w:p>
    <w:p w14:paraId="085EC499" w14:textId="77777777" w:rsidR="00715430" w:rsidRPr="008B114E" w:rsidRDefault="0037092D">
      <w:pPr>
        <w:pStyle w:val="Heading2"/>
        <w:rPr>
          <w:color w:val="542804" w:themeColor="background2"/>
        </w:rPr>
      </w:pPr>
      <w:r w:rsidRPr="008B114E">
        <w:rPr>
          <w:color w:val="542804" w:themeColor="background2"/>
        </w:rPr>
        <w:t>Fees &amp; Payment</w:t>
      </w:r>
    </w:p>
    <w:p w14:paraId="36A8DCA0" w14:textId="77777777" w:rsidR="00715430" w:rsidRDefault="0037092D">
      <w:r>
        <w:t>Payment must be made in advance of each session or as part of a pre-agreed package.</w:t>
      </w:r>
    </w:p>
    <w:p w14:paraId="0724C510" w14:textId="77777777" w:rsidR="00715430" w:rsidRPr="008B114E" w:rsidRDefault="0037092D">
      <w:pPr>
        <w:pStyle w:val="Heading2"/>
        <w:rPr>
          <w:color w:val="542804" w:themeColor="background2"/>
        </w:rPr>
      </w:pPr>
      <w:r w:rsidRPr="008B114E">
        <w:rPr>
          <w:color w:val="542804" w:themeColor="background2"/>
        </w:rPr>
        <w:t>Cancellations</w:t>
      </w:r>
    </w:p>
    <w:p w14:paraId="28A8AF9C" w14:textId="77777777" w:rsidR="00715430" w:rsidRDefault="0037092D">
      <w:r>
        <w:t>A minimum of 24 hours’ notice is required for cancellations. Late cancellations or missed sessions may be charged in full.</w:t>
      </w:r>
    </w:p>
    <w:p w14:paraId="6A65C15F" w14:textId="77777777" w:rsidR="00715430" w:rsidRPr="008B114E" w:rsidRDefault="0037092D">
      <w:pPr>
        <w:pStyle w:val="Heading2"/>
        <w:rPr>
          <w:color w:val="542804" w:themeColor="background2"/>
        </w:rPr>
      </w:pPr>
      <w:r w:rsidRPr="008B114E">
        <w:rPr>
          <w:color w:val="542804" w:themeColor="background2"/>
        </w:rPr>
        <w:t>Boundaries</w:t>
      </w:r>
    </w:p>
    <w:p w14:paraId="5CB84136" w14:textId="77777777" w:rsidR="00715430" w:rsidRDefault="0037092D">
      <w:r>
        <w:t>A professional, respectful relationship will be maintained at all times. This service does not engage in crisis intervention.</w:t>
      </w:r>
    </w:p>
    <w:p w14:paraId="23AA9D72" w14:textId="77777777" w:rsidR="00715430" w:rsidRPr="008B114E" w:rsidRDefault="0037092D">
      <w:pPr>
        <w:pStyle w:val="Heading2"/>
        <w:rPr>
          <w:color w:val="542804" w:themeColor="background2"/>
        </w:rPr>
      </w:pPr>
      <w:r w:rsidRPr="008B114E">
        <w:rPr>
          <w:color w:val="542804" w:themeColor="background2"/>
        </w:rPr>
        <w:t>Liability</w:t>
      </w:r>
    </w:p>
    <w:p w14:paraId="6366D64F" w14:textId="77777777" w:rsidR="00715430" w:rsidRDefault="0037092D">
      <w:r>
        <w:t>Ascent to Serenity Support accepts no liability for decisions made by clients based on sessions provided.</w:t>
      </w:r>
    </w:p>
    <w:p w14:paraId="7A08F7E4" w14:textId="77777777" w:rsidR="008B114E" w:rsidRDefault="008B114E"/>
    <w:p w14:paraId="4902CC96" w14:textId="41BAE741" w:rsidR="008B114E" w:rsidRPr="008B114E" w:rsidRDefault="008B114E">
      <w:pPr>
        <w:rPr>
          <w:color w:val="542804" w:themeColor="background2"/>
          <w:sz w:val="32"/>
          <w:szCs w:val="32"/>
        </w:rPr>
      </w:pPr>
      <w:r w:rsidRPr="008B114E">
        <w:rPr>
          <w:color w:val="542804" w:themeColor="background2"/>
          <w:sz w:val="32"/>
          <w:szCs w:val="32"/>
        </w:rPr>
        <w:t>Signature:</w:t>
      </w:r>
      <w:r w:rsidRPr="008B114E">
        <w:rPr>
          <w:color w:val="542804" w:themeColor="background2"/>
          <w:sz w:val="32"/>
          <w:szCs w:val="32"/>
        </w:rPr>
        <w:br/>
        <w:t>Print Name:</w:t>
      </w:r>
    </w:p>
    <w:p w14:paraId="3C0AA4B4" w14:textId="262DAFB4" w:rsidR="008B114E" w:rsidRPr="008B114E" w:rsidRDefault="008B114E">
      <w:pPr>
        <w:rPr>
          <w:color w:val="542804" w:themeColor="background2"/>
          <w:sz w:val="32"/>
          <w:szCs w:val="32"/>
        </w:rPr>
      </w:pPr>
      <w:r w:rsidRPr="008B114E">
        <w:rPr>
          <w:color w:val="542804" w:themeColor="background2"/>
          <w:sz w:val="32"/>
          <w:szCs w:val="32"/>
        </w:rPr>
        <w:t>Date:</w:t>
      </w:r>
    </w:p>
    <w:sectPr w:rsidR="008B114E" w:rsidRPr="008B114E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43055162">
    <w:abstractNumId w:val="8"/>
  </w:num>
  <w:num w:numId="2" w16cid:durableId="438644015">
    <w:abstractNumId w:val="6"/>
  </w:num>
  <w:num w:numId="3" w16cid:durableId="592712819">
    <w:abstractNumId w:val="5"/>
  </w:num>
  <w:num w:numId="4" w16cid:durableId="67458361">
    <w:abstractNumId w:val="4"/>
  </w:num>
  <w:num w:numId="5" w16cid:durableId="386421683">
    <w:abstractNumId w:val="7"/>
  </w:num>
  <w:num w:numId="6" w16cid:durableId="1405687034">
    <w:abstractNumId w:val="3"/>
  </w:num>
  <w:num w:numId="7" w16cid:durableId="1996446256">
    <w:abstractNumId w:val="2"/>
  </w:num>
  <w:num w:numId="8" w16cid:durableId="274143406">
    <w:abstractNumId w:val="1"/>
  </w:num>
  <w:num w:numId="9" w16cid:durableId="152530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3767F"/>
    <w:rsid w:val="0015074B"/>
    <w:rsid w:val="0029639D"/>
    <w:rsid w:val="00326F90"/>
    <w:rsid w:val="003E0086"/>
    <w:rsid w:val="006D2BE8"/>
    <w:rsid w:val="00715430"/>
    <w:rsid w:val="008B114E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B4A089C"/>
  <w14:defaultImageDpi w14:val="300"/>
  <w15:docId w15:val="{539FAB97-3E03-4940-B053-9A148C1DA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DDC948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EDE29C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EDE29C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EDE29C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A5921E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A5921E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EDE29C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DDC948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EDE29C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EDE29C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EDE29C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E1D03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3E1D03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EDE29C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EDE29C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EDE29C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A5921E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A5921E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EDE29C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EDE29C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EDE29C" w:themeColor="accent1"/>
      </w:pBdr>
      <w:spacing w:before="200" w:after="280"/>
      <w:ind w:left="936" w:right="936"/>
    </w:pPr>
    <w:rPr>
      <w:b/>
      <w:bCs/>
      <w:i/>
      <w:iCs/>
      <w:color w:val="EDE29C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EDE29C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EDE29C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EDE29C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EDE29C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DDC948" w:themeColor="accent1" w:themeShade="BF"/>
    </w:rPr>
    <w:tblPr>
      <w:tblStyleRowBandSize w:val="1"/>
      <w:tblStyleColBandSize w:val="1"/>
      <w:tblBorders>
        <w:top w:val="single" w:sz="8" w:space="0" w:color="EDE29C" w:themeColor="accent1"/>
        <w:bottom w:val="single" w:sz="8" w:space="0" w:color="EDE29C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E29C" w:themeColor="accent1"/>
          <w:left w:val="nil"/>
          <w:bottom w:val="single" w:sz="8" w:space="0" w:color="EDE29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E29C" w:themeColor="accent1"/>
          <w:left w:val="nil"/>
          <w:bottom w:val="single" w:sz="8" w:space="0" w:color="EDE29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7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7E6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DDC948" w:themeColor="accent2" w:themeShade="BF"/>
    </w:rPr>
    <w:tblPr>
      <w:tblStyleRowBandSize w:val="1"/>
      <w:tblStyleColBandSize w:val="1"/>
      <w:tblBorders>
        <w:top w:val="single" w:sz="8" w:space="0" w:color="EDE29C" w:themeColor="accent2"/>
        <w:bottom w:val="single" w:sz="8" w:space="0" w:color="EDE29C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E29C" w:themeColor="accent2"/>
          <w:left w:val="nil"/>
          <w:bottom w:val="single" w:sz="8" w:space="0" w:color="EDE29C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E29C" w:themeColor="accent2"/>
          <w:left w:val="nil"/>
          <w:bottom w:val="single" w:sz="8" w:space="0" w:color="EDE29C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7E6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7E6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DDC948" w:themeColor="accent3" w:themeShade="BF"/>
    </w:rPr>
    <w:tblPr>
      <w:tblStyleRowBandSize w:val="1"/>
      <w:tblStyleColBandSize w:val="1"/>
      <w:tblBorders>
        <w:top w:val="single" w:sz="8" w:space="0" w:color="EDE29C" w:themeColor="accent3"/>
        <w:bottom w:val="single" w:sz="8" w:space="0" w:color="EDE29C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E29C" w:themeColor="accent3"/>
          <w:left w:val="nil"/>
          <w:bottom w:val="single" w:sz="8" w:space="0" w:color="EDE29C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E29C" w:themeColor="accent3"/>
          <w:left w:val="nil"/>
          <w:bottom w:val="single" w:sz="8" w:space="0" w:color="EDE29C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7E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7E6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DDC948" w:themeColor="accent4" w:themeShade="BF"/>
    </w:rPr>
    <w:tblPr>
      <w:tblStyleRowBandSize w:val="1"/>
      <w:tblStyleColBandSize w:val="1"/>
      <w:tblBorders>
        <w:top w:val="single" w:sz="8" w:space="0" w:color="EDE29C" w:themeColor="accent4"/>
        <w:bottom w:val="single" w:sz="8" w:space="0" w:color="EDE29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E29C" w:themeColor="accent4"/>
          <w:left w:val="nil"/>
          <w:bottom w:val="single" w:sz="8" w:space="0" w:color="EDE29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E29C" w:themeColor="accent4"/>
          <w:left w:val="nil"/>
          <w:bottom w:val="single" w:sz="8" w:space="0" w:color="EDE29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7E6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7E6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DDC948" w:themeColor="accent5" w:themeShade="BF"/>
    </w:rPr>
    <w:tblPr>
      <w:tblStyleRowBandSize w:val="1"/>
      <w:tblStyleColBandSize w:val="1"/>
      <w:tblBorders>
        <w:top w:val="single" w:sz="8" w:space="0" w:color="EDE29C" w:themeColor="accent5"/>
        <w:bottom w:val="single" w:sz="8" w:space="0" w:color="EDE29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E29C" w:themeColor="accent5"/>
          <w:left w:val="nil"/>
          <w:bottom w:val="single" w:sz="8" w:space="0" w:color="EDE29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E29C" w:themeColor="accent5"/>
          <w:left w:val="nil"/>
          <w:bottom w:val="single" w:sz="8" w:space="0" w:color="EDE29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7E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7E6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DDC948" w:themeColor="accent6" w:themeShade="BF"/>
    </w:rPr>
    <w:tblPr>
      <w:tblStyleRowBandSize w:val="1"/>
      <w:tblStyleColBandSize w:val="1"/>
      <w:tblBorders>
        <w:top w:val="single" w:sz="8" w:space="0" w:color="EDE29C" w:themeColor="accent6"/>
        <w:bottom w:val="single" w:sz="8" w:space="0" w:color="EDE29C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E29C" w:themeColor="accent6"/>
          <w:left w:val="nil"/>
          <w:bottom w:val="single" w:sz="8" w:space="0" w:color="EDE29C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E29C" w:themeColor="accent6"/>
          <w:left w:val="nil"/>
          <w:bottom w:val="single" w:sz="8" w:space="0" w:color="EDE29C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7E6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7E6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EDE29C" w:themeColor="accent1"/>
        <w:left w:val="single" w:sz="8" w:space="0" w:color="EDE29C" w:themeColor="accent1"/>
        <w:bottom w:val="single" w:sz="8" w:space="0" w:color="EDE29C" w:themeColor="accent1"/>
        <w:right w:val="single" w:sz="8" w:space="0" w:color="EDE29C" w:themeColor="accent1"/>
      </w:tblBorders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shd w:val="clear" w:color="auto" w:fill="EDE29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E29C" w:themeColor="accent1"/>
          <w:left w:val="single" w:sz="8" w:space="0" w:color="EDE29C" w:themeColor="accent1"/>
          <w:bottom w:val="single" w:sz="8" w:space="0" w:color="EDE29C" w:themeColor="accent1"/>
          <w:right w:val="single" w:sz="8" w:space="0" w:color="EDE29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E29C" w:themeColor="accent1"/>
          <w:left w:val="single" w:sz="8" w:space="0" w:color="EDE29C" w:themeColor="accent1"/>
          <w:bottom w:val="single" w:sz="8" w:space="0" w:color="EDE29C" w:themeColor="accent1"/>
          <w:right w:val="single" w:sz="8" w:space="0" w:color="EDE29C" w:themeColor="accent1"/>
        </w:tcBorders>
      </w:tcPr>
    </w:tblStylePr>
    <w:tblStylePr w:type="band1Horz">
      <w:tblPr/>
      <w:tcPr>
        <w:tcBorders>
          <w:top w:val="single" w:sz="8" w:space="0" w:color="EDE29C" w:themeColor="accent1"/>
          <w:left w:val="single" w:sz="8" w:space="0" w:color="EDE29C" w:themeColor="accent1"/>
          <w:bottom w:val="single" w:sz="8" w:space="0" w:color="EDE29C" w:themeColor="accent1"/>
          <w:right w:val="single" w:sz="8" w:space="0" w:color="EDE29C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DE29C" w:themeColor="accent2"/>
        <w:left w:val="single" w:sz="8" w:space="0" w:color="EDE29C" w:themeColor="accent2"/>
        <w:bottom w:val="single" w:sz="8" w:space="0" w:color="EDE29C" w:themeColor="accent2"/>
        <w:right w:val="single" w:sz="8" w:space="0" w:color="EDE29C" w:themeColor="accent2"/>
      </w:tblBorders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shd w:val="clear" w:color="auto" w:fill="EDE29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E29C" w:themeColor="accent2"/>
          <w:left w:val="single" w:sz="8" w:space="0" w:color="EDE29C" w:themeColor="accent2"/>
          <w:bottom w:val="single" w:sz="8" w:space="0" w:color="EDE29C" w:themeColor="accent2"/>
          <w:right w:val="single" w:sz="8" w:space="0" w:color="EDE29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E29C" w:themeColor="accent2"/>
          <w:left w:val="single" w:sz="8" w:space="0" w:color="EDE29C" w:themeColor="accent2"/>
          <w:bottom w:val="single" w:sz="8" w:space="0" w:color="EDE29C" w:themeColor="accent2"/>
          <w:right w:val="single" w:sz="8" w:space="0" w:color="EDE29C" w:themeColor="accent2"/>
        </w:tcBorders>
      </w:tcPr>
    </w:tblStylePr>
    <w:tblStylePr w:type="band1Horz">
      <w:tblPr/>
      <w:tcPr>
        <w:tcBorders>
          <w:top w:val="single" w:sz="8" w:space="0" w:color="EDE29C" w:themeColor="accent2"/>
          <w:left w:val="single" w:sz="8" w:space="0" w:color="EDE29C" w:themeColor="accent2"/>
          <w:bottom w:val="single" w:sz="8" w:space="0" w:color="EDE29C" w:themeColor="accent2"/>
          <w:right w:val="single" w:sz="8" w:space="0" w:color="EDE29C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DE29C" w:themeColor="accent3"/>
        <w:left w:val="single" w:sz="8" w:space="0" w:color="EDE29C" w:themeColor="accent3"/>
        <w:bottom w:val="single" w:sz="8" w:space="0" w:color="EDE29C" w:themeColor="accent3"/>
        <w:right w:val="single" w:sz="8" w:space="0" w:color="EDE29C" w:themeColor="accent3"/>
      </w:tblBorders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shd w:val="clear" w:color="auto" w:fill="EDE29C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E29C" w:themeColor="accent3"/>
          <w:left w:val="single" w:sz="8" w:space="0" w:color="EDE29C" w:themeColor="accent3"/>
          <w:bottom w:val="single" w:sz="8" w:space="0" w:color="EDE29C" w:themeColor="accent3"/>
          <w:right w:val="single" w:sz="8" w:space="0" w:color="EDE29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E29C" w:themeColor="accent3"/>
          <w:left w:val="single" w:sz="8" w:space="0" w:color="EDE29C" w:themeColor="accent3"/>
          <w:bottom w:val="single" w:sz="8" w:space="0" w:color="EDE29C" w:themeColor="accent3"/>
          <w:right w:val="single" w:sz="8" w:space="0" w:color="EDE29C" w:themeColor="accent3"/>
        </w:tcBorders>
      </w:tcPr>
    </w:tblStylePr>
    <w:tblStylePr w:type="band1Horz">
      <w:tblPr/>
      <w:tcPr>
        <w:tcBorders>
          <w:top w:val="single" w:sz="8" w:space="0" w:color="EDE29C" w:themeColor="accent3"/>
          <w:left w:val="single" w:sz="8" w:space="0" w:color="EDE29C" w:themeColor="accent3"/>
          <w:bottom w:val="single" w:sz="8" w:space="0" w:color="EDE29C" w:themeColor="accent3"/>
          <w:right w:val="single" w:sz="8" w:space="0" w:color="EDE29C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DE29C" w:themeColor="accent4"/>
        <w:left w:val="single" w:sz="8" w:space="0" w:color="EDE29C" w:themeColor="accent4"/>
        <w:bottom w:val="single" w:sz="8" w:space="0" w:color="EDE29C" w:themeColor="accent4"/>
        <w:right w:val="single" w:sz="8" w:space="0" w:color="EDE29C" w:themeColor="accent4"/>
      </w:tblBorders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shd w:val="clear" w:color="auto" w:fill="EDE29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E29C" w:themeColor="accent4"/>
          <w:left w:val="single" w:sz="8" w:space="0" w:color="EDE29C" w:themeColor="accent4"/>
          <w:bottom w:val="single" w:sz="8" w:space="0" w:color="EDE29C" w:themeColor="accent4"/>
          <w:right w:val="single" w:sz="8" w:space="0" w:color="EDE29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E29C" w:themeColor="accent4"/>
          <w:left w:val="single" w:sz="8" w:space="0" w:color="EDE29C" w:themeColor="accent4"/>
          <w:bottom w:val="single" w:sz="8" w:space="0" w:color="EDE29C" w:themeColor="accent4"/>
          <w:right w:val="single" w:sz="8" w:space="0" w:color="EDE29C" w:themeColor="accent4"/>
        </w:tcBorders>
      </w:tcPr>
    </w:tblStylePr>
    <w:tblStylePr w:type="band1Horz">
      <w:tblPr/>
      <w:tcPr>
        <w:tcBorders>
          <w:top w:val="single" w:sz="8" w:space="0" w:color="EDE29C" w:themeColor="accent4"/>
          <w:left w:val="single" w:sz="8" w:space="0" w:color="EDE29C" w:themeColor="accent4"/>
          <w:bottom w:val="single" w:sz="8" w:space="0" w:color="EDE29C" w:themeColor="accent4"/>
          <w:right w:val="single" w:sz="8" w:space="0" w:color="EDE29C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DE29C" w:themeColor="accent5"/>
        <w:left w:val="single" w:sz="8" w:space="0" w:color="EDE29C" w:themeColor="accent5"/>
        <w:bottom w:val="single" w:sz="8" w:space="0" w:color="EDE29C" w:themeColor="accent5"/>
        <w:right w:val="single" w:sz="8" w:space="0" w:color="EDE29C" w:themeColor="accent5"/>
      </w:tblBorders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shd w:val="clear" w:color="auto" w:fill="EDE29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E29C" w:themeColor="accent5"/>
          <w:left w:val="single" w:sz="8" w:space="0" w:color="EDE29C" w:themeColor="accent5"/>
          <w:bottom w:val="single" w:sz="8" w:space="0" w:color="EDE29C" w:themeColor="accent5"/>
          <w:right w:val="single" w:sz="8" w:space="0" w:color="EDE29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E29C" w:themeColor="accent5"/>
          <w:left w:val="single" w:sz="8" w:space="0" w:color="EDE29C" w:themeColor="accent5"/>
          <w:bottom w:val="single" w:sz="8" w:space="0" w:color="EDE29C" w:themeColor="accent5"/>
          <w:right w:val="single" w:sz="8" w:space="0" w:color="EDE29C" w:themeColor="accent5"/>
        </w:tcBorders>
      </w:tcPr>
    </w:tblStylePr>
    <w:tblStylePr w:type="band1Horz">
      <w:tblPr/>
      <w:tcPr>
        <w:tcBorders>
          <w:top w:val="single" w:sz="8" w:space="0" w:color="EDE29C" w:themeColor="accent5"/>
          <w:left w:val="single" w:sz="8" w:space="0" w:color="EDE29C" w:themeColor="accent5"/>
          <w:bottom w:val="single" w:sz="8" w:space="0" w:color="EDE29C" w:themeColor="accent5"/>
          <w:right w:val="single" w:sz="8" w:space="0" w:color="EDE29C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DE29C" w:themeColor="accent6"/>
        <w:left w:val="single" w:sz="8" w:space="0" w:color="EDE29C" w:themeColor="accent6"/>
        <w:bottom w:val="single" w:sz="8" w:space="0" w:color="EDE29C" w:themeColor="accent6"/>
        <w:right w:val="single" w:sz="8" w:space="0" w:color="EDE29C" w:themeColor="accent6"/>
      </w:tblBorders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shd w:val="clear" w:color="auto" w:fill="EDE29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E29C" w:themeColor="accent6"/>
          <w:left w:val="single" w:sz="8" w:space="0" w:color="EDE29C" w:themeColor="accent6"/>
          <w:bottom w:val="single" w:sz="8" w:space="0" w:color="EDE29C" w:themeColor="accent6"/>
          <w:right w:val="single" w:sz="8" w:space="0" w:color="EDE29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E29C" w:themeColor="accent6"/>
          <w:left w:val="single" w:sz="8" w:space="0" w:color="EDE29C" w:themeColor="accent6"/>
          <w:bottom w:val="single" w:sz="8" w:space="0" w:color="EDE29C" w:themeColor="accent6"/>
          <w:right w:val="single" w:sz="8" w:space="0" w:color="EDE29C" w:themeColor="accent6"/>
        </w:tcBorders>
      </w:tcPr>
    </w:tblStylePr>
    <w:tblStylePr w:type="band1Horz">
      <w:tblPr/>
      <w:tcPr>
        <w:tcBorders>
          <w:top w:val="single" w:sz="8" w:space="0" w:color="EDE29C" w:themeColor="accent6"/>
          <w:left w:val="single" w:sz="8" w:space="0" w:color="EDE29C" w:themeColor="accent6"/>
          <w:bottom w:val="single" w:sz="8" w:space="0" w:color="EDE29C" w:themeColor="accent6"/>
          <w:right w:val="single" w:sz="8" w:space="0" w:color="EDE29C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DE29C" w:themeColor="accent1"/>
        <w:left w:val="single" w:sz="8" w:space="0" w:color="EDE29C" w:themeColor="accent1"/>
        <w:bottom w:val="single" w:sz="8" w:space="0" w:color="EDE29C" w:themeColor="accent1"/>
        <w:right w:val="single" w:sz="8" w:space="0" w:color="EDE29C" w:themeColor="accent1"/>
        <w:insideH w:val="single" w:sz="8" w:space="0" w:color="EDE29C" w:themeColor="accent1"/>
        <w:insideV w:val="single" w:sz="8" w:space="0" w:color="EDE29C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E29C" w:themeColor="accent1"/>
          <w:left w:val="single" w:sz="8" w:space="0" w:color="EDE29C" w:themeColor="accent1"/>
          <w:bottom w:val="single" w:sz="18" w:space="0" w:color="EDE29C" w:themeColor="accent1"/>
          <w:right w:val="single" w:sz="8" w:space="0" w:color="EDE29C" w:themeColor="accent1"/>
          <w:insideH w:val="nil"/>
          <w:insideV w:val="single" w:sz="8" w:space="0" w:color="EDE29C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E29C" w:themeColor="accent1"/>
          <w:left w:val="single" w:sz="8" w:space="0" w:color="EDE29C" w:themeColor="accent1"/>
          <w:bottom w:val="single" w:sz="8" w:space="0" w:color="EDE29C" w:themeColor="accent1"/>
          <w:right w:val="single" w:sz="8" w:space="0" w:color="EDE29C" w:themeColor="accent1"/>
          <w:insideH w:val="nil"/>
          <w:insideV w:val="single" w:sz="8" w:space="0" w:color="EDE29C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E29C" w:themeColor="accent1"/>
          <w:left w:val="single" w:sz="8" w:space="0" w:color="EDE29C" w:themeColor="accent1"/>
          <w:bottom w:val="single" w:sz="8" w:space="0" w:color="EDE29C" w:themeColor="accent1"/>
          <w:right w:val="single" w:sz="8" w:space="0" w:color="EDE29C" w:themeColor="accent1"/>
        </w:tcBorders>
      </w:tcPr>
    </w:tblStylePr>
    <w:tblStylePr w:type="band1Vert">
      <w:tblPr/>
      <w:tcPr>
        <w:tcBorders>
          <w:top w:val="single" w:sz="8" w:space="0" w:color="EDE29C" w:themeColor="accent1"/>
          <w:left w:val="single" w:sz="8" w:space="0" w:color="EDE29C" w:themeColor="accent1"/>
          <w:bottom w:val="single" w:sz="8" w:space="0" w:color="EDE29C" w:themeColor="accent1"/>
          <w:right w:val="single" w:sz="8" w:space="0" w:color="EDE29C" w:themeColor="accent1"/>
        </w:tcBorders>
        <w:shd w:val="clear" w:color="auto" w:fill="FAF7E6" w:themeFill="accent1" w:themeFillTint="3F"/>
      </w:tcPr>
    </w:tblStylePr>
    <w:tblStylePr w:type="band1Horz">
      <w:tblPr/>
      <w:tcPr>
        <w:tcBorders>
          <w:top w:val="single" w:sz="8" w:space="0" w:color="EDE29C" w:themeColor="accent1"/>
          <w:left w:val="single" w:sz="8" w:space="0" w:color="EDE29C" w:themeColor="accent1"/>
          <w:bottom w:val="single" w:sz="8" w:space="0" w:color="EDE29C" w:themeColor="accent1"/>
          <w:right w:val="single" w:sz="8" w:space="0" w:color="EDE29C" w:themeColor="accent1"/>
          <w:insideV w:val="single" w:sz="8" w:space="0" w:color="EDE29C" w:themeColor="accent1"/>
        </w:tcBorders>
        <w:shd w:val="clear" w:color="auto" w:fill="FAF7E6" w:themeFill="accent1" w:themeFillTint="3F"/>
      </w:tcPr>
    </w:tblStylePr>
    <w:tblStylePr w:type="band2Horz">
      <w:tblPr/>
      <w:tcPr>
        <w:tcBorders>
          <w:top w:val="single" w:sz="8" w:space="0" w:color="EDE29C" w:themeColor="accent1"/>
          <w:left w:val="single" w:sz="8" w:space="0" w:color="EDE29C" w:themeColor="accent1"/>
          <w:bottom w:val="single" w:sz="8" w:space="0" w:color="EDE29C" w:themeColor="accent1"/>
          <w:right w:val="single" w:sz="8" w:space="0" w:color="EDE29C" w:themeColor="accent1"/>
          <w:insideV w:val="single" w:sz="8" w:space="0" w:color="EDE29C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DE29C" w:themeColor="accent2"/>
        <w:left w:val="single" w:sz="8" w:space="0" w:color="EDE29C" w:themeColor="accent2"/>
        <w:bottom w:val="single" w:sz="8" w:space="0" w:color="EDE29C" w:themeColor="accent2"/>
        <w:right w:val="single" w:sz="8" w:space="0" w:color="EDE29C" w:themeColor="accent2"/>
        <w:insideH w:val="single" w:sz="8" w:space="0" w:color="EDE29C" w:themeColor="accent2"/>
        <w:insideV w:val="single" w:sz="8" w:space="0" w:color="EDE29C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E29C" w:themeColor="accent2"/>
          <w:left w:val="single" w:sz="8" w:space="0" w:color="EDE29C" w:themeColor="accent2"/>
          <w:bottom w:val="single" w:sz="18" w:space="0" w:color="EDE29C" w:themeColor="accent2"/>
          <w:right w:val="single" w:sz="8" w:space="0" w:color="EDE29C" w:themeColor="accent2"/>
          <w:insideH w:val="nil"/>
          <w:insideV w:val="single" w:sz="8" w:space="0" w:color="EDE29C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E29C" w:themeColor="accent2"/>
          <w:left w:val="single" w:sz="8" w:space="0" w:color="EDE29C" w:themeColor="accent2"/>
          <w:bottom w:val="single" w:sz="8" w:space="0" w:color="EDE29C" w:themeColor="accent2"/>
          <w:right w:val="single" w:sz="8" w:space="0" w:color="EDE29C" w:themeColor="accent2"/>
          <w:insideH w:val="nil"/>
          <w:insideV w:val="single" w:sz="8" w:space="0" w:color="EDE29C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E29C" w:themeColor="accent2"/>
          <w:left w:val="single" w:sz="8" w:space="0" w:color="EDE29C" w:themeColor="accent2"/>
          <w:bottom w:val="single" w:sz="8" w:space="0" w:color="EDE29C" w:themeColor="accent2"/>
          <w:right w:val="single" w:sz="8" w:space="0" w:color="EDE29C" w:themeColor="accent2"/>
        </w:tcBorders>
      </w:tcPr>
    </w:tblStylePr>
    <w:tblStylePr w:type="band1Vert">
      <w:tblPr/>
      <w:tcPr>
        <w:tcBorders>
          <w:top w:val="single" w:sz="8" w:space="0" w:color="EDE29C" w:themeColor="accent2"/>
          <w:left w:val="single" w:sz="8" w:space="0" w:color="EDE29C" w:themeColor="accent2"/>
          <w:bottom w:val="single" w:sz="8" w:space="0" w:color="EDE29C" w:themeColor="accent2"/>
          <w:right w:val="single" w:sz="8" w:space="0" w:color="EDE29C" w:themeColor="accent2"/>
        </w:tcBorders>
        <w:shd w:val="clear" w:color="auto" w:fill="FAF7E6" w:themeFill="accent2" w:themeFillTint="3F"/>
      </w:tcPr>
    </w:tblStylePr>
    <w:tblStylePr w:type="band1Horz">
      <w:tblPr/>
      <w:tcPr>
        <w:tcBorders>
          <w:top w:val="single" w:sz="8" w:space="0" w:color="EDE29C" w:themeColor="accent2"/>
          <w:left w:val="single" w:sz="8" w:space="0" w:color="EDE29C" w:themeColor="accent2"/>
          <w:bottom w:val="single" w:sz="8" w:space="0" w:color="EDE29C" w:themeColor="accent2"/>
          <w:right w:val="single" w:sz="8" w:space="0" w:color="EDE29C" w:themeColor="accent2"/>
          <w:insideV w:val="single" w:sz="8" w:space="0" w:color="EDE29C" w:themeColor="accent2"/>
        </w:tcBorders>
        <w:shd w:val="clear" w:color="auto" w:fill="FAF7E6" w:themeFill="accent2" w:themeFillTint="3F"/>
      </w:tcPr>
    </w:tblStylePr>
    <w:tblStylePr w:type="band2Horz">
      <w:tblPr/>
      <w:tcPr>
        <w:tcBorders>
          <w:top w:val="single" w:sz="8" w:space="0" w:color="EDE29C" w:themeColor="accent2"/>
          <w:left w:val="single" w:sz="8" w:space="0" w:color="EDE29C" w:themeColor="accent2"/>
          <w:bottom w:val="single" w:sz="8" w:space="0" w:color="EDE29C" w:themeColor="accent2"/>
          <w:right w:val="single" w:sz="8" w:space="0" w:color="EDE29C" w:themeColor="accent2"/>
          <w:insideV w:val="single" w:sz="8" w:space="0" w:color="EDE29C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DE29C" w:themeColor="accent3"/>
        <w:left w:val="single" w:sz="8" w:space="0" w:color="EDE29C" w:themeColor="accent3"/>
        <w:bottom w:val="single" w:sz="8" w:space="0" w:color="EDE29C" w:themeColor="accent3"/>
        <w:right w:val="single" w:sz="8" w:space="0" w:color="EDE29C" w:themeColor="accent3"/>
        <w:insideH w:val="single" w:sz="8" w:space="0" w:color="EDE29C" w:themeColor="accent3"/>
        <w:insideV w:val="single" w:sz="8" w:space="0" w:color="EDE29C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E29C" w:themeColor="accent3"/>
          <w:left w:val="single" w:sz="8" w:space="0" w:color="EDE29C" w:themeColor="accent3"/>
          <w:bottom w:val="single" w:sz="18" w:space="0" w:color="EDE29C" w:themeColor="accent3"/>
          <w:right w:val="single" w:sz="8" w:space="0" w:color="EDE29C" w:themeColor="accent3"/>
          <w:insideH w:val="nil"/>
          <w:insideV w:val="single" w:sz="8" w:space="0" w:color="EDE29C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E29C" w:themeColor="accent3"/>
          <w:left w:val="single" w:sz="8" w:space="0" w:color="EDE29C" w:themeColor="accent3"/>
          <w:bottom w:val="single" w:sz="8" w:space="0" w:color="EDE29C" w:themeColor="accent3"/>
          <w:right w:val="single" w:sz="8" w:space="0" w:color="EDE29C" w:themeColor="accent3"/>
          <w:insideH w:val="nil"/>
          <w:insideV w:val="single" w:sz="8" w:space="0" w:color="EDE29C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E29C" w:themeColor="accent3"/>
          <w:left w:val="single" w:sz="8" w:space="0" w:color="EDE29C" w:themeColor="accent3"/>
          <w:bottom w:val="single" w:sz="8" w:space="0" w:color="EDE29C" w:themeColor="accent3"/>
          <w:right w:val="single" w:sz="8" w:space="0" w:color="EDE29C" w:themeColor="accent3"/>
        </w:tcBorders>
      </w:tcPr>
    </w:tblStylePr>
    <w:tblStylePr w:type="band1Vert">
      <w:tblPr/>
      <w:tcPr>
        <w:tcBorders>
          <w:top w:val="single" w:sz="8" w:space="0" w:color="EDE29C" w:themeColor="accent3"/>
          <w:left w:val="single" w:sz="8" w:space="0" w:color="EDE29C" w:themeColor="accent3"/>
          <w:bottom w:val="single" w:sz="8" w:space="0" w:color="EDE29C" w:themeColor="accent3"/>
          <w:right w:val="single" w:sz="8" w:space="0" w:color="EDE29C" w:themeColor="accent3"/>
        </w:tcBorders>
        <w:shd w:val="clear" w:color="auto" w:fill="FAF7E6" w:themeFill="accent3" w:themeFillTint="3F"/>
      </w:tcPr>
    </w:tblStylePr>
    <w:tblStylePr w:type="band1Horz">
      <w:tblPr/>
      <w:tcPr>
        <w:tcBorders>
          <w:top w:val="single" w:sz="8" w:space="0" w:color="EDE29C" w:themeColor="accent3"/>
          <w:left w:val="single" w:sz="8" w:space="0" w:color="EDE29C" w:themeColor="accent3"/>
          <w:bottom w:val="single" w:sz="8" w:space="0" w:color="EDE29C" w:themeColor="accent3"/>
          <w:right w:val="single" w:sz="8" w:space="0" w:color="EDE29C" w:themeColor="accent3"/>
          <w:insideV w:val="single" w:sz="8" w:space="0" w:color="EDE29C" w:themeColor="accent3"/>
        </w:tcBorders>
        <w:shd w:val="clear" w:color="auto" w:fill="FAF7E6" w:themeFill="accent3" w:themeFillTint="3F"/>
      </w:tcPr>
    </w:tblStylePr>
    <w:tblStylePr w:type="band2Horz">
      <w:tblPr/>
      <w:tcPr>
        <w:tcBorders>
          <w:top w:val="single" w:sz="8" w:space="0" w:color="EDE29C" w:themeColor="accent3"/>
          <w:left w:val="single" w:sz="8" w:space="0" w:color="EDE29C" w:themeColor="accent3"/>
          <w:bottom w:val="single" w:sz="8" w:space="0" w:color="EDE29C" w:themeColor="accent3"/>
          <w:right w:val="single" w:sz="8" w:space="0" w:color="EDE29C" w:themeColor="accent3"/>
          <w:insideV w:val="single" w:sz="8" w:space="0" w:color="EDE29C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DE29C" w:themeColor="accent4"/>
        <w:left w:val="single" w:sz="8" w:space="0" w:color="EDE29C" w:themeColor="accent4"/>
        <w:bottom w:val="single" w:sz="8" w:space="0" w:color="EDE29C" w:themeColor="accent4"/>
        <w:right w:val="single" w:sz="8" w:space="0" w:color="EDE29C" w:themeColor="accent4"/>
        <w:insideH w:val="single" w:sz="8" w:space="0" w:color="EDE29C" w:themeColor="accent4"/>
        <w:insideV w:val="single" w:sz="8" w:space="0" w:color="EDE29C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E29C" w:themeColor="accent4"/>
          <w:left w:val="single" w:sz="8" w:space="0" w:color="EDE29C" w:themeColor="accent4"/>
          <w:bottom w:val="single" w:sz="18" w:space="0" w:color="EDE29C" w:themeColor="accent4"/>
          <w:right w:val="single" w:sz="8" w:space="0" w:color="EDE29C" w:themeColor="accent4"/>
          <w:insideH w:val="nil"/>
          <w:insideV w:val="single" w:sz="8" w:space="0" w:color="EDE29C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E29C" w:themeColor="accent4"/>
          <w:left w:val="single" w:sz="8" w:space="0" w:color="EDE29C" w:themeColor="accent4"/>
          <w:bottom w:val="single" w:sz="8" w:space="0" w:color="EDE29C" w:themeColor="accent4"/>
          <w:right w:val="single" w:sz="8" w:space="0" w:color="EDE29C" w:themeColor="accent4"/>
          <w:insideH w:val="nil"/>
          <w:insideV w:val="single" w:sz="8" w:space="0" w:color="EDE29C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E29C" w:themeColor="accent4"/>
          <w:left w:val="single" w:sz="8" w:space="0" w:color="EDE29C" w:themeColor="accent4"/>
          <w:bottom w:val="single" w:sz="8" w:space="0" w:color="EDE29C" w:themeColor="accent4"/>
          <w:right w:val="single" w:sz="8" w:space="0" w:color="EDE29C" w:themeColor="accent4"/>
        </w:tcBorders>
      </w:tcPr>
    </w:tblStylePr>
    <w:tblStylePr w:type="band1Vert">
      <w:tblPr/>
      <w:tcPr>
        <w:tcBorders>
          <w:top w:val="single" w:sz="8" w:space="0" w:color="EDE29C" w:themeColor="accent4"/>
          <w:left w:val="single" w:sz="8" w:space="0" w:color="EDE29C" w:themeColor="accent4"/>
          <w:bottom w:val="single" w:sz="8" w:space="0" w:color="EDE29C" w:themeColor="accent4"/>
          <w:right w:val="single" w:sz="8" w:space="0" w:color="EDE29C" w:themeColor="accent4"/>
        </w:tcBorders>
        <w:shd w:val="clear" w:color="auto" w:fill="FAF7E6" w:themeFill="accent4" w:themeFillTint="3F"/>
      </w:tcPr>
    </w:tblStylePr>
    <w:tblStylePr w:type="band1Horz">
      <w:tblPr/>
      <w:tcPr>
        <w:tcBorders>
          <w:top w:val="single" w:sz="8" w:space="0" w:color="EDE29C" w:themeColor="accent4"/>
          <w:left w:val="single" w:sz="8" w:space="0" w:color="EDE29C" w:themeColor="accent4"/>
          <w:bottom w:val="single" w:sz="8" w:space="0" w:color="EDE29C" w:themeColor="accent4"/>
          <w:right w:val="single" w:sz="8" w:space="0" w:color="EDE29C" w:themeColor="accent4"/>
          <w:insideV w:val="single" w:sz="8" w:space="0" w:color="EDE29C" w:themeColor="accent4"/>
        </w:tcBorders>
        <w:shd w:val="clear" w:color="auto" w:fill="FAF7E6" w:themeFill="accent4" w:themeFillTint="3F"/>
      </w:tcPr>
    </w:tblStylePr>
    <w:tblStylePr w:type="band2Horz">
      <w:tblPr/>
      <w:tcPr>
        <w:tcBorders>
          <w:top w:val="single" w:sz="8" w:space="0" w:color="EDE29C" w:themeColor="accent4"/>
          <w:left w:val="single" w:sz="8" w:space="0" w:color="EDE29C" w:themeColor="accent4"/>
          <w:bottom w:val="single" w:sz="8" w:space="0" w:color="EDE29C" w:themeColor="accent4"/>
          <w:right w:val="single" w:sz="8" w:space="0" w:color="EDE29C" w:themeColor="accent4"/>
          <w:insideV w:val="single" w:sz="8" w:space="0" w:color="EDE29C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DE29C" w:themeColor="accent5"/>
        <w:left w:val="single" w:sz="8" w:space="0" w:color="EDE29C" w:themeColor="accent5"/>
        <w:bottom w:val="single" w:sz="8" w:space="0" w:color="EDE29C" w:themeColor="accent5"/>
        <w:right w:val="single" w:sz="8" w:space="0" w:color="EDE29C" w:themeColor="accent5"/>
        <w:insideH w:val="single" w:sz="8" w:space="0" w:color="EDE29C" w:themeColor="accent5"/>
        <w:insideV w:val="single" w:sz="8" w:space="0" w:color="EDE29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E29C" w:themeColor="accent5"/>
          <w:left w:val="single" w:sz="8" w:space="0" w:color="EDE29C" w:themeColor="accent5"/>
          <w:bottom w:val="single" w:sz="18" w:space="0" w:color="EDE29C" w:themeColor="accent5"/>
          <w:right w:val="single" w:sz="8" w:space="0" w:color="EDE29C" w:themeColor="accent5"/>
          <w:insideH w:val="nil"/>
          <w:insideV w:val="single" w:sz="8" w:space="0" w:color="EDE29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E29C" w:themeColor="accent5"/>
          <w:left w:val="single" w:sz="8" w:space="0" w:color="EDE29C" w:themeColor="accent5"/>
          <w:bottom w:val="single" w:sz="8" w:space="0" w:color="EDE29C" w:themeColor="accent5"/>
          <w:right w:val="single" w:sz="8" w:space="0" w:color="EDE29C" w:themeColor="accent5"/>
          <w:insideH w:val="nil"/>
          <w:insideV w:val="single" w:sz="8" w:space="0" w:color="EDE29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E29C" w:themeColor="accent5"/>
          <w:left w:val="single" w:sz="8" w:space="0" w:color="EDE29C" w:themeColor="accent5"/>
          <w:bottom w:val="single" w:sz="8" w:space="0" w:color="EDE29C" w:themeColor="accent5"/>
          <w:right w:val="single" w:sz="8" w:space="0" w:color="EDE29C" w:themeColor="accent5"/>
        </w:tcBorders>
      </w:tcPr>
    </w:tblStylePr>
    <w:tblStylePr w:type="band1Vert">
      <w:tblPr/>
      <w:tcPr>
        <w:tcBorders>
          <w:top w:val="single" w:sz="8" w:space="0" w:color="EDE29C" w:themeColor="accent5"/>
          <w:left w:val="single" w:sz="8" w:space="0" w:color="EDE29C" w:themeColor="accent5"/>
          <w:bottom w:val="single" w:sz="8" w:space="0" w:color="EDE29C" w:themeColor="accent5"/>
          <w:right w:val="single" w:sz="8" w:space="0" w:color="EDE29C" w:themeColor="accent5"/>
        </w:tcBorders>
        <w:shd w:val="clear" w:color="auto" w:fill="FAF7E6" w:themeFill="accent5" w:themeFillTint="3F"/>
      </w:tcPr>
    </w:tblStylePr>
    <w:tblStylePr w:type="band1Horz">
      <w:tblPr/>
      <w:tcPr>
        <w:tcBorders>
          <w:top w:val="single" w:sz="8" w:space="0" w:color="EDE29C" w:themeColor="accent5"/>
          <w:left w:val="single" w:sz="8" w:space="0" w:color="EDE29C" w:themeColor="accent5"/>
          <w:bottom w:val="single" w:sz="8" w:space="0" w:color="EDE29C" w:themeColor="accent5"/>
          <w:right w:val="single" w:sz="8" w:space="0" w:color="EDE29C" w:themeColor="accent5"/>
          <w:insideV w:val="single" w:sz="8" w:space="0" w:color="EDE29C" w:themeColor="accent5"/>
        </w:tcBorders>
        <w:shd w:val="clear" w:color="auto" w:fill="FAF7E6" w:themeFill="accent5" w:themeFillTint="3F"/>
      </w:tcPr>
    </w:tblStylePr>
    <w:tblStylePr w:type="band2Horz">
      <w:tblPr/>
      <w:tcPr>
        <w:tcBorders>
          <w:top w:val="single" w:sz="8" w:space="0" w:color="EDE29C" w:themeColor="accent5"/>
          <w:left w:val="single" w:sz="8" w:space="0" w:color="EDE29C" w:themeColor="accent5"/>
          <w:bottom w:val="single" w:sz="8" w:space="0" w:color="EDE29C" w:themeColor="accent5"/>
          <w:right w:val="single" w:sz="8" w:space="0" w:color="EDE29C" w:themeColor="accent5"/>
          <w:insideV w:val="single" w:sz="8" w:space="0" w:color="EDE29C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DE29C" w:themeColor="accent6"/>
        <w:left w:val="single" w:sz="8" w:space="0" w:color="EDE29C" w:themeColor="accent6"/>
        <w:bottom w:val="single" w:sz="8" w:space="0" w:color="EDE29C" w:themeColor="accent6"/>
        <w:right w:val="single" w:sz="8" w:space="0" w:color="EDE29C" w:themeColor="accent6"/>
        <w:insideH w:val="single" w:sz="8" w:space="0" w:color="EDE29C" w:themeColor="accent6"/>
        <w:insideV w:val="single" w:sz="8" w:space="0" w:color="EDE29C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E29C" w:themeColor="accent6"/>
          <w:left w:val="single" w:sz="8" w:space="0" w:color="EDE29C" w:themeColor="accent6"/>
          <w:bottom w:val="single" w:sz="18" w:space="0" w:color="EDE29C" w:themeColor="accent6"/>
          <w:right w:val="single" w:sz="8" w:space="0" w:color="EDE29C" w:themeColor="accent6"/>
          <w:insideH w:val="nil"/>
          <w:insideV w:val="single" w:sz="8" w:space="0" w:color="EDE29C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E29C" w:themeColor="accent6"/>
          <w:left w:val="single" w:sz="8" w:space="0" w:color="EDE29C" w:themeColor="accent6"/>
          <w:bottom w:val="single" w:sz="8" w:space="0" w:color="EDE29C" w:themeColor="accent6"/>
          <w:right w:val="single" w:sz="8" w:space="0" w:color="EDE29C" w:themeColor="accent6"/>
          <w:insideH w:val="nil"/>
          <w:insideV w:val="single" w:sz="8" w:space="0" w:color="EDE29C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E29C" w:themeColor="accent6"/>
          <w:left w:val="single" w:sz="8" w:space="0" w:color="EDE29C" w:themeColor="accent6"/>
          <w:bottom w:val="single" w:sz="8" w:space="0" w:color="EDE29C" w:themeColor="accent6"/>
          <w:right w:val="single" w:sz="8" w:space="0" w:color="EDE29C" w:themeColor="accent6"/>
        </w:tcBorders>
      </w:tcPr>
    </w:tblStylePr>
    <w:tblStylePr w:type="band1Vert">
      <w:tblPr/>
      <w:tcPr>
        <w:tcBorders>
          <w:top w:val="single" w:sz="8" w:space="0" w:color="EDE29C" w:themeColor="accent6"/>
          <w:left w:val="single" w:sz="8" w:space="0" w:color="EDE29C" w:themeColor="accent6"/>
          <w:bottom w:val="single" w:sz="8" w:space="0" w:color="EDE29C" w:themeColor="accent6"/>
          <w:right w:val="single" w:sz="8" w:space="0" w:color="EDE29C" w:themeColor="accent6"/>
        </w:tcBorders>
        <w:shd w:val="clear" w:color="auto" w:fill="FAF7E6" w:themeFill="accent6" w:themeFillTint="3F"/>
      </w:tcPr>
    </w:tblStylePr>
    <w:tblStylePr w:type="band1Horz">
      <w:tblPr/>
      <w:tcPr>
        <w:tcBorders>
          <w:top w:val="single" w:sz="8" w:space="0" w:color="EDE29C" w:themeColor="accent6"/>
          <w:left w:val="single" w:sz="8" w:space="0" w:color="EDE29C" w:themeColor="accent6"/>
          <w:bottom w:val="single" w:sz="8" w:space="0" w:color="EDE29C" w:themeColor="accent6"/>
          <w:right w:val="single" w:sz="8" w:space="0" w:color="EDE29C" w:themeColor="accent6"/>
          <w:insideV w:val="single" w:sz="8" w:space="0" w:color="EDE29C" w:themeColor="accent6"/>
        </w:tcBorders>
        <w:shd w:val="clear" w:color="auto" w:fill="FAF7E6" w:themeFill="accent6" w:themeFillTint="3F"/>
      </w:tcPr>
    </w:tblStylePr>
    <w:tblStylePr w:type="band2Horz">
      <w:tblPr/>
      <w:tcPr>
        <w:tcBorders>
          <w:top w:val="single" w:sz="8" w:space="0" w:color="EDE29C" w:themeColor="accent6"/>
          <w:left w:val="single" w:sz="8" w:space="0" w:color="EDE29C" w:themeColor="accent6"/>
          <w:bottom w:val="single" w:sz="8" w:space="0" w:color="EDE29C" w:themeColor="accent6"/>
          <w:right w:val="single" w:sz="8" w:space="0" w:color="EDE29C" w:themeColor="accent6"/>
          <w:insideV w:val="single" w:sz="8" w:space="0" w:color="EDE29C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1E9B4" w:themeColor="accent1" w:themeTint="BF"/>
        <w:left w:val="single" w:sz="8" w:space="0" w:color="F1E9B4" w:themeColor="accent1" w:themeTint="BF"/>
        <w:bottom w:val="single" w:sz="8" w:space="0" w:color="F1E9B4" w:themeColor="accent1" w:themeTint="BF"/>
        <w:right w:val="single" w:sz="8" w:space="0" w:color="F1E9B4" w:themeColor="accent1" w:themeTint="BF"/>
        <w:insideH w:val="single" w:sz="8" w:space="0" w:color="F1E9B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tcBorders>
          <w:top w:val="single" w:sz="8" w:space="0" w:color="F1E9B4" w:themeColor="accent1" w:themeTint="BF"/>
          <w:left w:val="single" w:sz="8" w:space="0" w:color="F1E9B4" w:themeColor="accent1" w:themeTint="BF"/>
          <w:bottom w:val="single" w:sz="8" w:space="0" w:color="F1E9B4" w:themeColor="accent1" w:themeTint="BF"/>
          <w:right w:val="single" w:sz="8" w:space="0" w:color="F1E9B4" w:themeColor="accent1" w:themeTint="BF"/>
          <w:insideH w:val="nil"/>
          <w:insideV w:val="nil"/>
        </w:tcBorders>
        <w:shd w:val="clear" w:color="auto" w:fill="EDE29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E9B4" w:themeColor="accent1" w:themeTint="BF"/>
          <w:left w:val="single" w:sz="8" w:space="0" w:color="F1E9B4" w:themeColor="accent1" w:themeTint="BF"/>
          <w:bottom w:val="single" w:sz="8" w:space="0" w:color="F1E9B4" w:themeColor="accent1" w:themeTint="BF"/>
          <w:right w:val="single" w:sz="8" w:space="0" w:color="F1E9B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7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7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1E9B4" w:themeColor="accent2" w:themeTint="BF"/>
        <w:left w:val="single" w:sz="8" w:space="0" w:color="F1E9B4" w:themeColor="accent2" w:themeTint="BF"/>
        <w:bottom w:val="single" w:sz="8" w:space="0" w:color="F1E9B4" w:themeColor="accent2" w:themeTint="BF"/>
        <w:right w:val="single" w:sz="8" w:space="0" w:color="F1E9B4" w:themeColor="accent2" w:themeTint="BF"/>
        <w:insideH w:val="single" w:sz="8" w:space="0" w:color="F1E9B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tcBorders>
          <w:top w:val="single" w:sz="8" w:space="0" w:color="F1E9B4" w:themeColor="accent2" w:themeTint="BF"/>
          <w:left w:val="single" w:sz="8" w:space="0" w:color="F1E9B4" w:themeColor="accent2" w:themeTint="BF"/>
          <w:bottom w:val="single" w:sz="8" w:space="0" w:color="F1E9B4" w:themeColor="accent2" w:themeTint="BF"/>
          <w:right w:val="single" w:sz="8" w:space="0" w:color="F1E9B4" w:themeColor="accent2" w:themeTint="BF"/>
          <w:insideH w:val="nil"/>
          <w:insideV w:val="nil"/>
        </w:tcBorders>
        <w:shd w:val="clear" w:color="auto" w:fill="EDE29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E9B4" w:themeColor="accent2" w:themeTint="BF"/>
          <w:left w:val="single" w:sz="8" w:space="0" w:color="F1E9B4" w:themeColor="accent2" w:themeTint="BF"/>
          <w:bottom w:val="single" w:sz="8" w:space="0" w:color="F1E9B4" w:themeColor="accent2" w:themeTint="BF"/>
          <w:right w:val="single" w:sz="8" w:space="0" w:color="F1E9B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7E6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7E6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1E9B4" w:themeColor="accent3" w:themeTint="BF"/>
        <w:left w:val="single" w:sz="8" w:space="0" w:color="F1E9B4" w:themeColor="accent3" w:themeTint="BF"/>
        <w:bottom w:val="single" w:sz="8" w:space="0" w:color="F1E9B4" w:themeColor="accent3" w:themeTint="BF"/>
        <w:right w:val="single" w:sz="8" w:space="0" w:color="F1E9B4" w:themeColor="accent3" w:themeTint="BF"/>
        <w:insideH w:val="single" w:sz="8" w:space="0" w:color="F1E9B4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tcBorders>
          <w:top w:val="single" w:sz="8" w:space="0" w:color="F1E9B4" w:themeColor="accent3" w:themeTint="BF"/>
          <w:left w:val="single" w:sz="8" w:space="0" w:color="F1E9B4" w:themeColor="accent3" w:themeTint="BF"/>
          <w:bottom w:val="single" w:sz="8" w:space="0" w:color="F1E9B4" w:themeColor="accent3" w:themeTint="BF"/>
          <w:right w:val="single" w:sz="8" w:space="0" w:color="F1E9B4" w:themeColor="accent3" w:themeTint="BF"/>
          <w:insideH w:val="nil"/>
          <w:insideV w:val="nil"/>
        </w:tcBorders>
        <w:shd w:val="clear" w:color="auto" w:fill="EDE29C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E9B4" w:themeColor="accent3" w:themeTint="BF"/>
          <w:left w:val="single" w:sz="8" w:space="0" w:color="F1E9B4" w:themeColor="accent3" w:themeTint="BF"/>
          <w:bottom w:val="single" w:sz="8" w:space="0" w:color="F1E9B4" w:themeColor="accent3" w:themeTint="BF"/>
          <w:right w:val="single" w:sz="8" w:space="0" w:color="F1E9B4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7E6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7E6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1E9B4" w:themeColor="accent4" w:themeTint="BF"/>
        <w:left w:val="single" w:sz="8" w:space="0" w:color="F1E9B4" w:themeColor="accent4" w:themeTint="BF"/>
        <w:bottom w:val="single" w:sz="8" w:space="0" w:color="F1E9B4" w:themeColor="accent4" w:themeTint="BF"/>
        <w:right w:val="single" w:sz="8" w:space="0" w:color="F1E9B4" w:themeColor="accent4" w:themeTint="BF"/>
        <w:insideH w:val="single" w:sz="8" w:space="0" w:color="F1E9B4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tcBorders>
          <w:top w:val="single" w:sz="8" w:space="0" w:color="F1E9B4" w:themeColor="accent4" w:themeTint="BF"/>
          <w:left w:val="single" w:sz="8" w:space="0" w:color="F1E9B4" w:themeColor="accent4" w:themeTint="BF"/>
          <w:bottom w:val="single" w:sz="8" w:space="0" w:color="F1E9B4" w:themeColor="accent4" w:themeTint="BF"/>
          <w:right w:val="single" w:sz="8" w:space="0" w:color="F1E9B4" w:themeColor="accent4" w:themeTint="BF"/>
          <w:insideH w:val="nil"/>
          <w:insideV w:val="nil"/>
        </w:tcBorders>
        <w:shd w:val="clear" w:color="auto" w:fill="EDE29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E9B4" w:themeColor="accent4" w:themeTint="BF"/>
          <w:left w:val="single" w:sz="8" w:space="0" w:color="F1E9B4" w:themeColor="accent4" w:themeTint="BF"/>
          <w:bottom w:val="single" w:sz="8" w:space="0" w:color="F1E9B4" w:themeColor="accent4" w:themeTint="BF"/>
          <w:right w:val="single" w:sz="8" w:space="0" w:color="F1E9B4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7E6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7E6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1E9B4" w:themeColor="accent5" w:themeTint="BF"/>
        <w:left w:val="single" w:sz="8" w:space="0" w:color="F1E9B4" w:themeColor="accent5" w:themeTint="BF"/>
        <w:bottom w:val="single" w:sz="8" w:space="0" w:color="F1E9B4" w:themeColor="accent5" w:themeTint="BF"/>
        <w:right w:val="single" w:sz="8" w:space="0" w:color="F1E9B4" w:themeColor="accent5" w:themeTint="BF"/>
        <w:insideH w:val="single" w:sz="8" w:space="0" w:color="F1E9B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tcBorders>
          <w:top w:val="single" w:sz="8" w:space="0" w:color="F1E9B4" w:themeColor="accent5" w:themeTint="BF"/>
          <w:left w:val="single" w:sz="8" w:space="0" w:color="F1E9B4" w:themeColor="accent5" w:themeTint="BF"/>
          <w:bottom w:val="single" w:sz="8" w:space="0" w:color="F1E9B4" w:themeColor="accent5" w:themeTint="BF"/>
          <w:right w:val="single" w:sz="8" w:space="0" w:color="F1E9B4" w:themeColor="accent5" w:themeTint="BF"/>
          <w:insideH w:val="nil"/>
          <w:insideV w:val="nil"/>
        </w:tcBorders>
        <w:shd w:val="clear" w:color="auto" w:fill="EDE29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E9B4" w:themeColor="accent5" w:themeTint="BF"/>
          <w:left w:val="single" w:sz="8" w:space="0" w:color="F1E9B4" w:themeColor="accent5" w:themeTint="BF"/>
          <w:bottom w:val="single" w:sz="8" w:space="0" w:color="F1E9B4" w:themeColor="accent5" w:themeTint="BF"/>
          <w:right w:val="single" w:sz="8" w:space="0" w:color="F1E9B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7E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7E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1E9B4" w:themeColor="accent6" w:themeTint="BF"/>
        <w:left w:val="single" w:sz="8" w:space="0" w:color="F1E9B4" w:themeColor="accent6" w:themeTint="BF"/>
        <w:bottom w:val="single" w:sz="8" w:space="0" w:color="F1E9B4" w:themeColor="accent6" w:themeTint="BF"/>
        <w:right w:val="single" w:sz="8" w:space="0" w:color="F1E9B4" w:themeColor="accent6" w:themeTint="BF"/>
        <w:insideH w:val="single" w:sz="8" w:space="0" w:color="F1E9B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tcBorders>
          <w:top w:val="single" w:sz="8" w:space="0" w:color="F1E9B4" w:themeColor="accent6" w:themeTint="BF"/>
          <w:left w:val="single" w:sz="8" w:space="0" w:color="F1E9B4" w:themeColor="accent6" w:themeTint="BF"/>
          <w:bottom w:val="single" w:sz="8" w:space="0" w:color="F1E9B4" w:themeColor="accent6" w:themeTint="BF"/>
          <w:right w:val="single" w:sz="8" w:space="0" w:color="F1E9B4" w:themeColor="accent6" w:themeTint="BF"/>
          <w:insideH w:val="nil"/>
          <w:insideV w:val="nil"/>
        </w:tcBorders>
        <w:shd w:val="clear" w:color="auto" w:fill="EDE29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E9B4" w:themeColor="accent6" w:themeTint="BF"/>
          <w:left w:val="single" w:sz="8" w:space="0" w:color="F1E9B4" w:themeColor="accent6" w:themeTint="BF"/>
          <w:bottom w:val="single" w:sz="8" w:space="0" w:color="F1E9B4" w:themeColor="accent6" w:themeTint="BF"/>
          <w:right w:val="single" w:sz="8" w:space="0" w:color="F1E9B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7E6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7E6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rPr>
        <w:b/>
        <w:bCs/>
        <w:color w:val="000000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000000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background1" w:themeFillShade="D8"/>
      </w:tcPr>
    </w:tblStylePr>
    <w:tblStylePr w:type="band1Horz">
      <w:tblPr/>
      <w:tcPr>
        <w:shd w:val="clear" w:color="auto" w:fill="000000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0000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E29C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rPr>
        <w:b/>
        <w:bCs/>
        <w:color w:val="000000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E29C" w:themeFill="accent1"/>
      </w:tcPr>
    </w:tblStylePr>
    <w:tblStylePr w:type="lastCol">
      <w:rPr>
        <w:b/>
        <w:bCs/>
        <w:color w:val="000000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E29C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background1" w:themeFillShade="D8"/>
      </w:tcPr>
    </w:tblStylePr>
    <w:tblStylePr w:type="band1Horz">
      <w:tblPr/>
      <w:tcPr>
        <w:shd w:val="clear" w:color="auto" w:fill="000000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0000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E29C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rPr>
        <w:b/>
        <w:bCs/>
        <w:color w:val="000000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E29C" w:themeFill="accent2"/>
      </w:tcPr>
    </w:tblStylePr>
    <w:tblStylePr w:type="lastCol">
      <w:rPr>
        <w:b/>
        <w:bCs/>
        <w:color w:val="000000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E29C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background1" w:themeFillShade="D8"/>
      </w:tcPr>
    </w:tblStylePr>
    <w:tblStylePr w:type="band1Horz">
      <w:tblPr/>
      <w:tcPr>
        <w:shd w:val="clear" w:color="auto" w:fill="000000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0000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E29C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rPr>
        <w:b/>
        <w:bCs/>
        <w:color w:val="000000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E29C" w:themeFill="accent3"/>
      </w:tcPr>
    </w:tblStylePr>
    <w:tblStylePr w:type="lastCol">
      <w:rPr>
        <w:b/>
        <w:bCs/>
        <w:color w:val="000000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E29C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background1" w:themeFillShade="D8"/>
      </w:tcPr>
    </w:tblStylePr>
    <w:tblStylePr w:type="band1Horz">
      <w:tblPr/>
      <w:tcPr>
        <w:shd w:val="clear" w:color="auto" w:fill="000000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0000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E29C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rPr>
        <w:b/>
        <w:bCs/>
        <w:color w:val="000000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E29C" w:themeFill="accent4"/>
      </w:tcPr>
    </w:tblStylePr>
    <w:tblStylePr w:type="lastCol">
      <w:rPr>
        <w:b/>
        <w:bCs/>
        <w:color w:val="000000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E29C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background1" w:themeFillShade="D8"/>
      </w:tcPr>
    </w:tblStylePr>
    <w:tblStylePr w:type="band1Horz">
      <w:tblPr/>
      <w:tcPr>
        <w:shd w:val="clear" w:color="auto" w:fill="000000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0000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E29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rPr>
        <w:b/>
        <w:bCs/>
        <w:color w:val="000000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E29C" w:themeFill="accent5"/>
      </w:tcPr>
    </w:tblStylePr>
    <w:tblStylePr w:type="lastCol">
      <w:rPr>
        <w:b/>
        <w:bCs/>
        <w:color w:val="000000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E29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background1" w:themeFillShade="D8"/>
      </w:tcPr>
    </w:tblStylePr>
    <w:tblStylePr w:type="band1Horz">
      <w:tblPr/>
      <w:tcPr>
        <w:shd w:val="clear" w:color="auto" w:fill="000000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0000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E29C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rPr>
        <w:b/>
        <w:bCs/>
        <w:color w:val="000000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E29C" w:themeFill="accent6"/>
      </w:tcPr>
    </w:tblStylePr>
    <w:tblStylePr w:type="lastCol">
      <w:rPr>
        <w:b/>
        <w:bCs/>
        <w:color w:val="000000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E29C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background1" w:themeFillShade="D8"/>
      </w:tcPr>
    </w:tblStylePr>
    <w:tblStylePr w:type="band1Horz">
      <w:tblPr/>
      <w:tcPr>
        <w:shd w:val="clear" w:color="auto" w:fill="000000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0000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542804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E29C" w:themeColor="accent1"/>
        <w:bottom w:val="single" w:sz="8" w:space="0" w:color="EDE29C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E29C" w:themeColor="accent1"/>
        </w:tcBorders>
      </w:tcPr>
    </w:tblStylePr>
    <w:tblStylePr w:type="lastRow">
      <w:rPr>
        <w:b/>
        <w:bCs/>
        <w:color w:val="542804" w:themeColor="text2"/>
      </w:rPr>
      <w:tblPr/>
      <w:tcPr>
        <w:tcBorders>
          <w:top w:val="single" w:sz="8" w:space="0" w:color="EDE29C" w:themeColor="accent1"/>
          <w:bottom w:val="single" w:sz="8" w:space="0" w:color="EDE29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E29C" w:themeColor="accent1"/>
          <w:bottom w:val="single" w:sz="8" w:space="0" w:color="EDE29C" w:themeColor="accent1"/>
        </w:tcBorders>
      </w:tcPr>
    </w:tblStylePr>
    <w:tblStylePr w:type="band1Vert">
      <w:tblPr/>
      <w:tcPr>
        <w:shd w:val="clear" w:color="auto" w:fill="FAF7E6" w:themeFill="accent1" w:themeFillTint="3F"/>
      </w:tcPr>
    </w:tblStylePr>
    <w:tblStylePr w:type="band1Horz">
      <w:tblPr/>
      <w:tcPr>
        <w:shd w:val="clear" w:color="auto" w:fill="FAF7E6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E29C" w:themeColor="accent2"/>
        <w:bottom w:val="single" w:sz="8" w:space="0" w:color="EDE29C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E29C" w:themeColor="accent2"/>
        </w:tcBorders>
      </w:tcPr>
    </w:tblStylePr>
    <w:tblStylePr w:type="lastRow">
      <w:rPr>
        <w:b/>
        <w:bCs/>
        <w:color w:val="542804" w:themeColor="text2"/>
      </w:rPr>
      <w:tblPr/>
      <w:tcPr>
        <w:tcBorders>
          <w:top w:val="single" w:sz="8" w:space="0" w:color="EDE29C" w:themeColor="accent2"/>
          <w:bottom w:val="single" w:sz="8" w:space="0" w:color="EDE29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E29C" w:themeColor="accent2"/>
          <w:bottom w:val="single" w:sz="8" w:space="0" w:color="EDE29C" w:themeColor="accent2"/>
        </w:tcBorders>
      </w:tcPr>
    </w:tblStylePr>
    <w:tblStylePr w:type="band1Vert">
      <w:tblPr/>
      <w:tcPr>
        <w:shd w:val="clear" w:color="auto" w:fill="FAF7E6" w:themeFill="accent2" w:themeFillTint="3F"/>
      </w:tcPr>
    </w:tblStylePr>
    <w:tblStylePr w:type="band1Horz">
      <w:tblPr/>
      <w:tcPr>
        <w:shd w:val="clear" w:color="auto" w:fill="FAF7E6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E29C" w:themeColor="accent3"/>
        <w:bottom w:val="single" w:sz="8" w:space="0" w:color="EDE29C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E29C" w:themeColor="accent3"/>
        </w:tcBorders>
      </w:tcPr>
    </w:tblStylePr>
    <w:tblStylePr w:type="lastRow">
      <w:rPr>
        <w:b/>
        <w:bCs/>
        <w:color w:val="542804" w:themeColor="text2"/>
      </w:rPr>
      <w:tblPr/>
      <w:tcPr>
        <w:tcBorders>
          <w:top w:val="single" w:sz="8" w:space="0" w:color="EDE29C" w:themeColor="accent3"/>
          <w:bottom w:val="single" w:sz="8" w:space="0" w:color="EDE29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E29C" w:themeColor="accent3"/>
          <w:bottom w:val="single" w:sz="8" w:space="0" w:color="EDE29C" w:themeColor="accent3"/>
        </w:tcBorders>
      </w:tcPr>
    </w:tblStylePr>
    <w:tblStylePr w:type="band1Vert">
      <w:tblPr/>
      <w:tcPr>
        <w:shd w:val="clear" w:color="auto" w:fill="FAF7E6" w:themeFill="accent3" w:themeFillTint="3F"/>
      </w:tcPr>
    </w:tblStylePr>
    <w:tblStylePr w:type="band1Horz">
      <w:tblPr/>
      <w:tcPr>
        <w:shd w:val="clear" w:color="auto" w:fill="FAF7E6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E29C" w:themeColor="accent4"/>
        <w:bottom w:val="single" w:sz="8" w:space="0" w:color="EDE29C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E29C" w:themeColor="accent4"/>
        </w:tcBorders>
      </w:tcPr>
    </w:tblStylePr>
    <w:tblStylePr w:type="lastRow">
      <w:rPr>
        <w:b/>
        <w:bCs/>
        <w:color w:val="542804" w:themeColor="text2"/>
      </w:rPr>
      <w:tblPr/>
      <w:tcPr>
        <w:tcBorders>
          <w:top w:val="single" w:sz="8" w:space="0" w:color="EDE29C" w:themeColor="accent4"/>
          <w:bottom w:val="single" w:sz="8" w:space="0" w:color="EDE29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E29C" w:themeColor="accent4"/>
          <w:bottom w:val="single" w:sz="8" w:space="0" w:color="EDE29C" w:themeColor="accent4"/>
        </w:tcBorders>
      </w:tcPr>
    </w:tblStylePr>
    <w:tblStylePr w:type="band1Vert">
      <w:tblPr/>
      <w:tcPr>
        <w:shd w:val="clear" w:color="auto" w:fill="FAF7E6" w:themeFill="accent4" w:themeFillTint="3F"/>
      </w:tcPr>
    </w:tblStylePr>
    <w:tblStylePr w:type="band1Horz">
      <w:tblPr/>
      <w:tcPr>
        <w:shd w:val="clear" w:color="auto" w:fill="FAF7E6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E29C" w:themeColor="accent5"/>
        <w:bottom w:val="single" w:sz="8" w:space="0" w:color="EDE29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E29C" w:themeColor="accent5"/>
        </w:tcBorders>
      </w:tcPr>
    </w:tblStylePr>
    <w:tblStylePr w:type="lastRow">
      <w:rPr>
        <w:b/>
        <w:bCs/>
        <w:color w:val="542804" w:themeColor="text2"/>
      </w:rPr>
      <w:tblPr/>
      <w:tcPr>
        <w:tcBorders>
          <w:top w:val="single" w:sz="8" w:space="0" w:color="EDE29C" w:themeColor="accent5"/>
          <w:bottom w:val="single" w:sz="8" w:space="0" w:color="EDE29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E29C" w:themeColor="accent5"/>
          <w:bottom w:val="single" w:sz="8" w:space="0" w:color="EDE29C" w:themeColor="accent5"/>
        </w:tcBorders>
      </w:tcPr>
    </w:tblStylePr>
    <w:tblStylePr w:type="band1Vert">
      <w:tblPr/>
      <w:tcPr>
        <w:shd w:val="clear" w:color="auto" w:fill="FAF7E6" w:themeFill="accent5" w:themeFillTint="3F"/>
      </w:tcPr>
    </w:tblStylePr>
    <w:tblStylePr w:type="band1Horz">
      <w:tblPr/>
      <w:tcPr>
        <w:shd w:val="clear" w:color="auto" w:fill="FAF7E6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E29C" w:themeColor="accent6"/>
        <w:bottom w:val="single" w:sz="8" w:space="0" w:color="EDE29C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E29C" w:themeColor="accent6"/>
        </w:tcBorders>
      </w:tcPr>
    </w:tblStylePr>
    <w:tblStylePr w:type="lastRow">
      <w:rPr>
        <w:b/>
        <w:bCs/>
        <w:color w:val="542804" w:themeColor="text2"/>
      </w:rPr>
      <w:tblPr/>
      <w:tcPr>
        <w:tcBorders>
          <w:top w:val="single" w:sz="8" w:space="0" w:color="EDE29C" w:themeColor="accent6"/>
          <w:bottom w:val="single" w:sz="8" w:space="0" w:color="EDE29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E29C" w:themeColor="accent6"/>
          <w:bottom w:val="single" w:sz="8" w:space="0" w:color="EDE29C" w:themeColor="accent6"/>
        </w:tcBorders>
      </w:tcPr>
    </w:tblStylePr>
    <w:tblStylePr w:type="band1Vert">
      <w:tblPr/>
      <w:tcPr>
        <w:shd w:val="clear" w:color="auto" w:fill="FAF7E6" w:themeFill="accent6" w:themeFillTint="3F"/>
      </w:tcPr>
    </w:tblStylePr>
    <w:tblStylePr w:type="band1Horz">
      <w:tblPr/>
      <w:tcPr>
        <w:shd w:val="clear" w:color="auto" w:fill="FAF7E6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000000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000000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E29C" w:themeColor="accent1"/>
        <w:left w:val="single" w:sz="8" w:space="0" w:color="EDE29C" w:themeColor="accent1"/>
        <w:bottom w:val="single" w:sz="8" w:space="0" w:color="EDE29C" w:themeColor="accent1"/>
        <w:right w:val="single" w:sz="8" w:space="0" w:color="EDE29C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E29C" w:themeColor="accent1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Row">
      <w:tblPr/>
      <w:tcPr>
        <w:tcBorders>
          <w:top w:val="single" w:sz="8" w:space="0" w:color="EDE29C" w:themeColor="accent1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E29C" w:themeColor="accent1"/>
          <w:insideH w:val="nil"/>
          <w:insideV w:val="nil"/>
        </w:tcBorders>
        <w:shd w:val="clear" w:color="auto" w:fill="000000" w:themeFill="background1"/>
      </w:tcPr>
    </w:tblStylePr>
    <w:tblStylePr w:type="lastCol">
      <w:tblPr/>
      <w:tcPr>
        <w:tcBorders>
          <w:top w:val="nil"/>
          <w:left w:val="single" w:sz="8" w:space="0" w:color="EDE29C" w:themeColor="accent1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7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7E6" w:themeFill="accent1" w:themeFillTint="3F"/>
      </w:tcPr>
    </w:tblStylePr>
    <w:tblStylePr w:type="nwCell">
      <w:tblPr/>
      <w:tcPr>
        <w:shd w:val="clear" w:color="auto" w:fill="000000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E29C" w:themeColor="accent2"/>
        <w:left w:val="single" w:sz="8" w:space="0" w:color="EDE29C" w:themeColor="accent2"/>
        <w:bottom w:val="single" w:sz="8" w:space="0" w:color="EDE29C" w:themeColor="accent2"/>
        <w:right w:val="single" w:sz="8" w:space="0" w:color="EDE29C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E29C" w:themeColor="accent2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Row">
      <w:tblPr/>
      <w:tcPr>
        <w:tcBorders>
          <w:top w:val="single" w:sz="8" w:space="0" w:color="EDE29C" w:themeColor="accent2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E29C" w:themeColor="accent2"/>
          <w:insideH w:val="nil"/>
          <w:insideV w:val="nil"/>
        </w:tcBorders>
        <w:shd w:val="clear" w:color="auto" w:fill="000000" w:themeFill="background1"/>
      </w:tcPr>
    </w:tblStylePr>
    <w:tblStylePr w:type="lastCol">
      <w:tblPr/>
      <w:tcPr>
        <w:tcBorders>
          <w:top w:val="nil"/>
          <w:left w:val="single" w:sz="8" w:space="0" w:color="EDE29C" w:themeColor="accent2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7E6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7E6" w:themeFill="accent2" w:themeFillTint="3F"/>
      </w:tcPr>
    </w:tblStylePr>
    <w:tblStylePr w:type="nwCell">
      <w:tblPr/>
      <w:tcPr>
        <w:shd w:val="clear" w:color="auto" w:fill="000000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E29C" w:themeColor="accent3"/>
        <w:left w:val="single" w:sz="8" w:space="0" w:color="EDE29C" w:themeColor="accent3"/>
        <w:bottom w:val="single" w:sz="8" w:space="0" w:color="EDE29C" w:themeColor="accent3"/>
        <w:right w:val="single" w:sz="8" w:space="0" w:color="EDE29C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E29C" w:themeColor="accent3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Row">
      <w:tblPr/>
      <w:tcPr>
        <w:tcBorders>
          <w:top w:val="single" w:sz="8" w:space="0" w:color="EDE29C" w:themeColor="accent3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E29C" w:themeColor="accent3"/>
          <w:insideH w:val="nil"/>
          <w:insideV w:val="nil"/>
        </w:tcBorders>
        <w:shd w:val="clear" w:color="auto" w:fill="000000" w:themeFill="background1"/>
      </w:tcPr>
    </w:tblStylePr>
    <w:tblStylePr w:type="lastCol">
      <w:tblPr/>
      <w:tcPr>
        <w:tcBorders>
          <w:top w:val="nil"/>
          <w:left w:val="single" w:sz="8" w:space="0" w:color="EDE29C" w:themeColor="accent3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7E6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7E6" w:themeFill="accent3" w:themeFillTint="3F"/>
      </w:tcPr>
    </w:tblStylePr>
    <w:tblStylePr w:type="nwCell">
      <w:tblPr/>
      <w:tcPr>
        <w:shd w:val="clear" w:color="auto" w:fill="000000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E29C" w:themeColor="accent4"/>
        <w:left w:val="single" w:sz="8" w:space="0" w:color="EDE29C" w:themeColor="accent4"/>
        <w:bottom w:val="single" w:sz="8" w:space="0" w:color="EDE29C" w:themeColor="accent4"/>
        <w:right w:val="single" w:sz="8" w:space="0" w:color="EDE29C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E29C" w:themeColor="accent4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Row">
      <w:tblPr/>
      <w:tcPr>
        <w:tcBorders>
          <w:top w:val="single" w:sz="8" w:space="0" w:color="EDE29C" w:themeColor="accent4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E29C" w:themeColor="accent4"/>
          <w:insideH w:val="nil"/>
          <w:insideV w:val="nil"/>
        </w:tcBorders>
        <w:shd w:val="clear" w:color="auto" w:fill="000000" w:themeFill="background1"/>
      </w:tcPr>
    </w:tblStylePr>
    <w:tblStylePr w:type="lastCol">
      <w:tblPr/>
      <w:tcPr>
        <w:tcBorders>
          <w:top w:val="nil"/>
          <w:left w:val="single" w:sz="8" w:space="0" w:color="EDE29C" w:themeColor="accent4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7E6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7E6" w:themeFill="accent4" w:themeFillTint="3F"/>
      </w:tcPr>
    </w:tblStylePr>
    <w:tblStylePr w:type="nwCell">
      <w:tblPr/>
      <w:tcPr>
        <w:shd w:val="clear" w:color="auto" w:fill="000000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E29C" w:themeColor="accent5"/>
        <w:left w:val="single" w:sz="8" w:space="0" w:color="EDE29C" w:themeColor="accent5"/>
        <w:bottom w:val="single" w:sz="8" w:space="0" w:color="EDE29C" w:themeColor="accent5"/>
        <w:right w:val="single" w:sz="8" w:space="0" w:color="EDE29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E29C" w:themeColor="accent5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Row">
      <w:tblPr/>
      <w:tcPr>
        <w:tcBorders>
          <w:top w:val="single" w:sz="8" w:space="0" w:color="EDE29C" w:themeColor="accent5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E29C" w:themeColor="accent5"/>
          <w:insideH w:val="nil"/>
          <w:insideV w:val="nil"/>
        </w:tcBorders>
        <w:shd w:val="clear" w:color="auto" w:fill="000000" w:themeFill="background1"/>
      </w:tcPr>
    </w:tblStylePr>
    <w:tblStylePr w:type="lastCol">
      <w:tblPr/>
      <w:tcPr>
        <w:tcBorders>
          <w:top w:val="nil"/>
          <w:left w:val="single" w:sz="8" w:space="0" w:color="EDE29C" w:themeColor="accent5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7E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7E6" w:themeFill="accent5" w:themeFillTint="3F"/>
      </w:tcPr>
    </w:tblStylePr>
    <w:tblStylePr w:type="nwCell">
      <w:tblPr/>
      <w:tcPr>
        <w:shd w:val="clear" w:color="auto" w:fill="000000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E29C" w:themeColor="accent6"/>
        <w:left w:val="single" w:sz="8" w:space="0" w:color="EDE29C" w:themeColor="accent6"/>
        <w:bottom w:val="single" w:sz="8" w:space="0" w:color="EDE29C" w:themeColor="accent6"/>
        <w:right w:val="single" w:sz="8" w:space="0" w:color="EDE29C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E29C" w:themeColor="accent6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Row">
      <w:tblPr/>
      <w:tcPr>
        <w:tcBorders>
          <w:top w:val="single" w:sz="8" w:space="0" w:color="EDE29C" w:themeColor="accent6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E29C" w:themeColor="accent6"/>
          <w:insideH w:val="nil"/>
          <w:insideV w:val="nil"/>
        </w:tcBorders>
        <w:shd w:val="clear" w:color="auto" w:fill="000000" w:themeFill="background1"/>
      </w:tcPr>
    </w:tblStylePr>
    <w:tblStylePr w:type="lastCol">
      <w:tblPr/>
      <w:tcPr>
        <w:tcBorders>
          <w:top w:val="nil"/>
          <w:left w:val="single" w:sz="8" w:space="0" w:color="EDE29C" w:themeColor="accent6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7E6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7E6" w:themeFill="accent6" w:themeFillTint="3F"/>
      </w:tcPr>
    </w:tblStylePr>
    <w:tblStylePr w:type="nwCell">
      <w:tblPr/>
      <w:tcPr>
        <w:shd w:val="clear" w:color="auto" w:fill="000000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1E9B4" w:themeColor="accent1" w:themeTint="BF"/>
        <w:left w:val="single" w:sz="8" w:space="0" w:color="F1E9B4" w:themeColor="accent1" w:themeTint="BF"/>
        <w:bottom w:val="single" w:sz="8" w:space="0" w:color="F1E9B4" w:themeColor="accent1" w:themeTint="BF"/>
        <w:right w:val="single" w:sz="8" w:space="0" w:color="F1E9B4" w:themeColor="accent1" w:themeTint="BF"/>
        <w:insideH w:val="single" w:sz="8" w:space="0" w:color="F1E9B4" w:themeColor="accent1" w:themeTint="BF"/>
        <w:insideV w:val="single" w:sz="8" w:space="0" w:color="F1E9B4" w:themeColor="accent1" w:themeTint="BF"/>
      </w:tblBorders>
    </w:tblPr>
    <w:tcPr>
      <w:shd w:val="clear" w:color="auto" w:fill="FAF7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E9B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0CD" w:themeFill="accent1" w:themeFillTint="7F"/>
      </w:tcPr>
    </w:tblStylePr>
    <w:tblStylePr w:type="band1Horz">
      <w:tblPr/>
      <w:tcPr>
        <w:shd w:val="clear" w:color="auto" w:fill="F6F0CD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1E9B4" w:themeColor="accent2" w:themeTint="BF"/>
        <w:left w:val="single" w:sz="8" w:space="0" w:color="F1E9B4" w:themeColor="accent2" w:themeTint="BF"/>
        <w:bottom w:val="single" w:sz="8" w:space="0" w:color="F1E9B4" w:themeColor="accent2" w:themeTint="BF"/>
        <w:right w:val="single" w:sz="8" w:space="0" w:color="F1E9B4" w:themeColor="accent2" w:themeTint="BF"/>
        <w:insideH w:val="single" w:sz="8" w:space="0" w:color="F1E9B4" w:themeColor="accent2" w:themeTint="BF"/>
        <w:insideV w:val="single" w:sz="8" w:space="0" w:color="F1E9B4" w:themeColor="accent2" w:themeTint="BF"/>
      </w:tblBorders>
    </w:tblPr>
    <w:tcPr>
      <w:shd w:val="clear" w:color="auto" w:fill="FAF7E6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E9B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0CD" w:themeFill="accent2" w:themeFillTint="7F"/>
      </w:tcPr>
    </w:tblStylePr>
    <w:tblStylePr w:type="band1Horz">
      <w:tblPr/>
      <w:tcPr>
        <w:shd w:val="clear" w:color="auto" w:fill="F6F0CD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1E9B4" w:themeColor="accent3" w:themeTint="BF"/>
        <w:left w:val="single" w:sz="8" w:space="0" w:color="F1E9B4" w:themeColor="accent3" w:themeTint="BF"/>
        <w:bottom w:val="single" w:sz="8" w:space="0" w:color="F1E9B4" w:themeColor="accent3" w:themeTint="BF"/>
        <w:right w:val="single" w:sz="8" w:space="0" w:color="F1E9B4" w:themeColor="accent3" w:themeTint="BF"/>
        <w:insideH w:val="single" w:sz="8" w:space="0" w:color="F1E9B4" w:themeColor="accent3" w:themeTint="BF"/>
        <w:insideV w:val="single" w:sz="8" w:space="0" w:color="F1E9B4" w:themeColor="accent3" w:themeTint="BF"/>
      </w:tblBorders>
    </w:tblPr>
    <w:tcPr>
      <w:shd w:val="clear" w:color="auto" w:fill="FAF7E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E9B4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0CD" w:themeFill="accent3" w:themeFillTint="7F"/>
      </w:tcPr>
    </w:tblStylePr>
    <w:tblStylePr w:type="band1Horz">
      <w:tblPr/>
      <w:tcPr>
        <w:shd w:val="clear" w:color="auto" w:fill="F6F0CD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1E9B4" w:themeColor="accent4" w:themeTint="BF"/>
        <w:left w:val="single" w:sz="8" w:space="0" w:color="F1E9B4" w:themeColor="accent4" w:themeTint="BF"/>
        <w:bottom w:val="single" w:sz="8" w:space="0" w:color="F1E9B4" w:themeColor="accent4" w:themeTint="BF"/>
        <w:right w:val="single" w:sz="8" w:space="0" w:color="F1E9B4" w:themeColor="accent4" w:themeTint="BF"/>
        <w:insideH w:val="single" w:sz="8" w:space="0" w:color="F1E9B4" w:themeColor="accent4" w:themeTint="BF"/>
        <w:insideV w:val="single" w:sz="8" w:space="0" w:color="F1E9B4" w:themeColor="accent4" w:themeTint="BF"/>
      </w:tblBorders>
    </w:tblPr>
    <w:tcPr>
      <w:shd w:val="clear" w:color="auto" w:fill="FAF7E6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E9B4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0CD" w:themeFill="accent4" w:themeFillTint="7F"/>
      </w:tcPr>
    </w:tblStylePr>
    <w:tblStylePr w:type="band1Horz">
      <w:tblPr/>
      <w:tcPr>
        <w:shd w:val="clear" w:color="auto" w:fill="F6F0CD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1E9B4" w:themeColor="accent5" w:themeTint="BF"/>
        <w:left w:val="single" w:sz="8" w:space="0" w:color="F1E9B4" w:themeColor="accent5" w:themeTint="BF"/>
        <w:bottom w:val="single" w:sz="8" w:space="0" w:color="F1E9B4" w:themeColor="accent5" w:themeTint="BF"/>
        <w:right w:val="single" w:sz="8" w:space="0" w:color="F1E9B4" w:themeColor="accent5" w:themeTint="BF"/>
        <w:insideH w:val="single" w:sz="8" w:space="0" w:color="F1E9B4" w:themeColor="accent5" w:themeTint="BF"/>
        <w:insideV w:val="single" w:sz="8" w:space="0" w:color="F1E9B4" w:themeColor="accent5" w:themeTint="BF"/>
      </w:tblBorders>
    </w:tblPr>
    <w:tcPr>
      <w:shd w:val="clear" w:color="auto" w:fill="FAF7E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E9B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0CD" w:themeFill="accent5" w:themeFillTint="7F"/>
      </w:tcPr>
    </w:tblStylePr>
    <w:tblStylePr w:type="band1Horz">
      <w:tblPr/>
      <w:tcPr>
        <w:shd w:val="clear" w:color="auto" w:fill="F6F0CD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1E9B4" w:themeColor="accent6" w:themeTint="BF"/>
        <w:left w:val="single" w:sz="8" w:space="0" w:color="F1E9B4" w:themeColor="accent6" w:themeTint="BF"/>
        <w:bottom w:val="single" w:sz="8" w:space="0" w:color="F1E9B4" w:themeColor="accent6" w:themeTint="BF"/>
        <w:right w:val="single" w:sz="8" w:space="0" w:color="F1E9B4" w:themeColor="accent6" w:themeTint="BF"/>
        <w:insideH w:val="single" w:sz="8" w:space="0" w:color="F1E9B4" w:themeColor="accent6" w:themeTint="BF"/>
        <w:insideV w:val="single" w:sz="8" w:space="0" w:color="F1E9B4" w:themeColor="accent6" w:themeTint="BF"/>
      </w:tblBorders>
    </w:tblPr>
    <w:tcPr>
      <w:shd w:val="clear" w:color="auto" w:fill="FAF7E6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E9B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0CD" w:themeFill="accent6" w:themeFillTint="7F"/>
      </w:tcPr>
    </w:tblStylePr>
    <w:tblStylePr w:type="band1Horz">
      <w:tblPr/>
      <w:tcPr>
        <w:shd w:val="clear" w:color="auto" w:fill="F6F0CD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000000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E29C" w:themeColor="accent1"/>
        <w:left w:val="single" w:sz="8" w:space="0" w:color="EDE29C" w:themeColor="accent1"/>
        <w:bottom w:val="single" w:sz="8" w:space="0" w:color="EDE29C" w:themeColor="accent1"/>
        <w:right w:val="single" w:sz="8" w:space="0" w:color="EDE29C" w:themeColor="accent1"/>
        <w:insideH w:val="single" w:sz="8" w:space="0" w:color="EDE29C" w:themeColor="accent1"/>
        <w:insideV w:val="single" w:sz="8" w:space="0" w:color="EDE29C" w:themeColor="accent1"/>
      </w:tblBorders>
    </w:tblPr>
    <w:tcPr>
      <w:shd w:val="clear" w:color="auto" w:fill="FAF7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FC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9EA" w:themeFill="accent1" w:themeFillTint="33"/>
      </w:tcPr>
    </w:tblStylePr>
    <w:tblStylePr w:type="band1Vert">
      <w:tblPr/>
      <w:tcPr>
        <w:shd w:val="clear" w:color="auto" w:fill="F6F0CD" w:themeFill="accent1" w:themeFillTint="7F"/>
      </w:tcPr>
    </w:tblStylePr>
    <w:tblStylePr w:type="band1Horz">
      <w:tblPr/>
      <w:tcPr>
        <w:tcBorders>
          <w:insideH w:val="single" w:sz="6" w:space="0" w:color="EDE29C" w:themeColor="accent1"/>
          <w:insideV w:val="single" w:sz="6" w:space="0" w:color="EDE29C" w:themeColor="accent1"/>
        </w:tcBorders>
        <w:shd w:val="clear" w:color="auto" w:fill="F6F0CD" w:themeFill="accent1" w:themeFillTint="7F"/>
      </w:tcPr>
    </w:tblStylePr>
    <w:tblStylePr w:type="nwCell">
      <w:tblPr/>
      <w:tcPr>
        <w:shd w:val="clear" w:color="auto" w:fill="000000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E29C" w:themeColor="accent2"/>
        <w:left w:val="single" w:sz="8" w:space="0" w:color="EDE29C" w:themeColor="accent2"/>
        <w:bottom w:val="single" w:sz="8" w:space="0" w:color="EDE29C" w:themeColor="accent2"/>
        <w:right w:val="single" w:sz="8" w:space="0" w:color="EDE29C" w:themeColor="accent2"/>
        <w:insideH w:val="single" w:sz="8" w:space="0" w:color="EDE29C" w:themeColor="accent2"/>
        <w:insideV w:val="single" w:sz="8" w:space="0" w:color="EDE29C" w:themeColor="accent2"/>
      </w:tblBorders>
    </w:tblPr>
    <w:tcPr>
      <w:shd w:val="clear" w:color="auto" w:fill="FAF7E6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CF5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9EA" w:themeFill="accent2" w:themeFillTint="33"/>
      </w:tcPr>
    </w:tblStylePr>
    <w:tblStylePr w:type="band1Vert">
      <w:tblPr/>
      <w:tcPr>
        <w:shd w:val="clear" w:color="auto" w:fill="F6F0CD" w:themeFill="accent2" w:themeFillTint="7F"/>
      </w:tcPr>
    </w:tblStylePr>
    <w:tblStylePr w:type="band1Horz">
      <w:tblPr/>
      <w:tcPr>
        <w:tcBorders>
          <w:insideH w:val="single" w:sz="6" w:space="0" w:color="EDE29C" w:themeColor="accent2"/>
          <w:insideV w:val="single" w:sz="6" w:space="0" w:color="EDE29C" w:themeColor="accent2"/>
        </w:tcBorders>
        <w:shd w:val="clear" w:color="auto" w:fill="F6F0CD" w:themeFill="accent2" w:themeFillTint="7F"/>
      </w:tcPr>
    </w:tblStylePr>
    <w:tblStylePr w:type="nwCell">
      <w:tblPr/>
      <w:tcPr>
        <w:shd w:val="clear" w:color="auto" w:fill="000000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E29C" w:themeColor="accent3"/>
        <w:left w:val="single" w:sz="8" w:space="0" w:color="EDE29C" w:themeColor="accent3"/>
        <w:bottom w:val="single" w:sz="8" w:space="0" w:color="EDE29C" w:themeColor="accent3"/>
        <w:right w:val="single" w:sz="8" w:space="0" w:color="EDE29C" w:themeColor="accent3"/>
        <w:insideH w:val="single" w:sz="8" w:space="0" w:color="EDE29C" w:themeColor="accent3"/>
        <w:insideV w:val="single" w:sz="8" w:space="0" w:color="EDE29C" w:themeColor="accent3"/>
      </w:tblBorders>
    </w:tblPr>
    <w:tcPr>
      <w:shd w:val="clear" w:color="auto" w:fill="FAF7E6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DFCF5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9EA" w:themeFill="accent3" w:themeFillTint="33"/>
      </w:tcPr>
    </w:tblStylePr>
    <w:tblStylePr w:type="band1Vert">
      <w:tblPr/>
      <w:tcPr>
        <w:shd w:val="clear" w:color="auto" w:fill="F6F0CD" w:themeFill="accent3" w:themeFillTint="7F"/>
      </w:tcPr>
    </w:tblStylePr>
    <w:tblStylePr w:type="band1Horz">
      <w:tblPr/>
      <w:tcPr>
        <w:tcBorders>
          <w:insideH w:val="single" w:sz="6" w:space="0" w:color="EDE29C" w:themeColor="accent3"/>
          <w:insideV w:val="single" w:sz="6" w:space="0" w:color="EDE29C" w:themeColor="accent3"/>
        </w:tcBorders>
        <w:shd w:val="clear" w:color="auto" w:fill="F6F0CD" w:themeFill="accent3" w:themeFillTint="7F"/>
      </w:tcPr>
    </w:tblStylePr>
    <w:tblStylePr w:type="nwCell">
      <w:tblPr/>
      <w:tcPr>
        <w:shd w:val="clear" w:color="auto" w:fill="000000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E29C" w:themeColor="accent4"/>
        <w:left w:val="single" w:sz="8" w:space="0" w:color="EDE29C" w:themeColor="accent4"/>
        <w:bottom w:val="single" w:sz="8" w:space="0" w:color="EDE29C" w:themeColor="accent4"/>
        <w:right w:val="single" w:sz="8" w:space="0" w:color="EDE29C" w:themeColor="accent4"/>
        <w:insideH w:val="single" w:sz="8" w:space="0" w:color="EDE29C" w:themeColor="accent4"/>
        <w:insideV w:val="single" w:sz="8" w:space="0" w:color="EDE29C" w:themeColor="accent4"/>
      </w:tblBorders>
    </w:tblPr>
    <w:tcPr>
      <w:shd w:val="clear" w:color="auto" w:fill="FAF7E6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DFCF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9EA" w:themeFill="accent4" w:themeFillTint="33"/>
      </w:tcPr>
    </w:tblStylePr>
    <w:tblStylePr w:type="band1Vert">
      <w:tblPr/>
      <w:tcPr>
        <w:shd w:val="clear" w:color="auto" w:fill="F6F0CD" w:themeFill="accent4" w:themeFillTint="7F"/>
      </w:tcPr>
    </w:tblStylePr>
    <w:tblStylePr w:type="band1Horz">
      <w:tblPr/>
      <w:tcPr>
        <w:tcBorders>
          <w:insideH w:val="single" w:sz="6" w:space="0" w:color="EDE29C" w:themeColor="accent4"/>
          <w:insideV w:val="single" w:sz="6" w:space="0" w:color="EDE29C" w:themeColor="accent4"/>
        </w:tcBorders>
        <w:shd w:val="clear" w:color="auto" w:fill="F6F0CD" w:themeFill="accent4" w:themeFillTint="7F"/>
      </w:tcPr>
    </w:tblStylePr>
    <w:tblStylePr w:type="nwCell">
      <w:tblPr/>
      <w:tcPr>
        <w:shd w:val="clear" w:color="auto" w:fill="000000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E29C" w:themeColor="accent5"/>
        <w:left w:val="single" w:sz="8" w:space="0" w:color="EDE29C" w:themeColor="accent5"/>
        <w:bottom w:val="single" w:sz="8" w:space="0" w:color="EDE29C" w:themeColor="accent5"/>
        <w:right w:val="single" w:sz="8" w:space="0" w:color="EDE29C" w:themeColor="accent5"/>
        <w:insideH w:val="single" w:sz="8" w:space="0" w:color="EDE29C" w:themeColor="accent5"/>
        <w:insideV w:val="single" w:sz="8" w:space="0" w:color="EDE29C" w:themeColor="accent5"/>
      </w:tblBorders>
    </w:tblPr>
    <w:tcPr>
      <w:shd w:val="clear" w:color="auto" w:fill="FAF7E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DFCF5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9EA" w:themeFill="accent5" w:themeFillTint="33"/>
      </w:tcPr>
    </w:tblStylePr>
    <w:tblStylePr w:type="band1Vert">
      <w:tblPr/>
      <w:tcPr>
        <w:shd w:val="clear" w:color="auto" w:fill="F6F0CD" w:themeFill="accent5" w:themeFillTint="7F"/>
      </w:tcPr>
    </w:tblStylePr>
    <w:tblStylePr w:type="band1Horz">
      <w:tblPr/>
      <w:tcPr>
        <w:tcBorders>
          <w:insideH w:val="single" w:sz="6" w:space="0" w:color="EDE29C" w:themeColor="accent5"/>
          <w:insideV w:val="single" w:sz="6" w:space="0" w:color="EDE29C" w:themeColor="accent5"/>
        </w:tcBorders>
        <w:shd w:val="clear" w:color="auto" w:fill="F6F0CD" w:themeFill="accent5" w:themeFillTint="7F"/>
      </w:tcPr>
    </w:tblStylePr>
    <w:tblStylePr w:type="nwCell">
      <w:tblPr/>
      <w:tcPr>
        <w:shd w:val="clear" w:color="auto" w:fill="000000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E29C" w:themeColor="accent6"/>
        <w:left w:val="single" w:sz="8" w:space="0" w:color="EDE29C" w:themeColor="accent6"/>
        <w:bottom w:val="single" w:sz="8" w:space="0" w:color="EDE29C" w:themeColor="accent6"/>
        <w:right w:val="single" w:sz="8" w:space="0" w:color="EDE29C" w:themeColor="accent6"/>
        <w:insideH w:val="single" w:sz="8" w:space="0" w:color="EDE29C" w:themeColor="accent6"/>
        <w:insideV w:val="single" w:sz="8" w:space="0" w:color="EDE29C" w:themeColor="accent6"/>
      </w:tblBorders>
    </w:tblPr>
    <w:tcPr>
      <w:shd w:val="clear" w:color="auto" w:fill="FAF7E6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DFCF5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9EA" w:themeFill="accent6" w:themeFillTint="33"/>
      </w:tcPr>
    </w:tblStylePr>
    <w:tblStylePr w:type="band1Vert">
      <w:tblPr/>
      <w:tcPr>
        <w:shd w:val="clear" w:color="auto" w:fill="F6F0CD" w:themeFill="accent6" w:themeFillTint="7F"/>
      </w:tcPr>
    </w:tblStylePr>
    <w:tblStylePr w:type="band1Horz">
      <w:tblPr/>
      <w:tcPr>
        <w:tcBorders>
          <w:insideH w:val="single" w:sz="6" w:space="0" w:color="EDE29C" w:themeColor="accent6"/>
          <w:insideV w:val="single" w:sz="6" w:space="0" w:color="EDE29C" w:themeColor="accent6"/>
        </w:tcBorders>
        <w:shd w:val="clear" w:color="auto" w:fill="F6F0CD" w:themeFill="accent6" w:themeFillTint="7F"/>
      </w:tcPr>
    </w:tblStylePr>
    <w:tblStylePr w:type="nwCell">
      <w:tblPr/>
      <w:tcPr>
        <w:shd w:val="clear" w:color="auto" w:fill="000000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background1"/>
        <w:left w:val="single" w:sz="8" w:space="0" w:color="000000" w:themeColor="background1"/>
        <w:bottom w:val="single" w:sz="8" w:space="0" w:color="000000" w:themeColor="background1"/>
        <w:right w:val="single" w:sz="8" w:space="0" w:color="000000" w:themeColor="background1"/>
        <w:insideH w:val="single" w:sz="6" w:space="0" w:color="000000" w:themeColor="background1"/>
        <w:insideV w:val="single" w:sz="6" w:space="0" w:color="000000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000000" w:themeColor="background1"/>
      </w:rPr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24" w:space="0" w:color="000000" w:themeColor="background1"/>
          <w:right w:val="single" w:sz="8" w:space="0" w:color="000000" w:themeColor="background1"/>
          <w:insideH w:val="nil"/>
          <w:insideV w:val="single" w:sz="8" w:space="0" w:color="000000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000000" w:themeColor="background1"/>
      </w:rPr>
      <w:tblPr/>
      <w:tcPr>
        <w:tcBorders>
          <w:top w:val="single" w:sz="24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nil"/>
          <w:insideV w:val="single" w:sz="8" w:space="0" w:color="000000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000000" w:themeColor="background1"/>
      </w:rPr>
      <w:tblPr/>
      <w:tcPr>
        <w:tcBorders>
          <w:left w:val="single" w:sz="8" w:space="0" w:color="000000" w:themeColor="background1"/>
          <w:right w:val="single" w:sz="24" w:space="0" w:color="000000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000000" w:themeColor="background1"/>
      </w:rPr>
      <w:tblPr/>
      <w:tcPr>
        <w:tcBorders>
          <w:top w:val="nil"/>
          <w:left w:val="single" w:sz="24" w:space="0" w:color="000000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single" w:sz="8" w:space="0" w:color="000000" w:themeColor="background1"/>
          <w:insideV w:val="single" w:sz="8" w:space="0" w:color="000000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background1"/>
        <w:left w:val="single" w:sz="8" w:space="0" w:color="000000" w:themeColor="background1"/>
        <w:bottom w:val="single" w:sz="8" w:space="0" w:color="000000" w:themeColor="background1"/>
        <w:right w:val="single" w:sz="8" w:space="0" w:color="000000" w:themeColor="background1"/>
        <w:insideH w:val="single" w:sz="6" w:space="0" w:color="000000" w:themeColor="background1"/>
        <w:insideV w:val="single" w:sz="6" w:space="0" w:color="000000" w:themeColor="background1"/>
      </w:tblBorders>
    </w:tblPr>
    <w:tcPr>
      <w:shd w:val="clear" w:color="auto" w:fill="FAF7E6" w:themeFill="accent1" w:themeFillTint="3F"/>
    </w:tcPr>
    <w:tblStylePr w:type="firstRow">
      <w:rPr>
        <w:b/>
        <w:bCs/>
        <w:i w:val="0"/>
        <w:iCs w:val="0"/>
        <w:color w:val="000000" w:themeColor="background1"/>
      </w:rPr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24" w:space="0" w:color="000000" w:themeColor="background1"/>
          <w:right w:val="single" w:sz="8" w:space="0" w:color="000000" w:themeColor="background1"/>
          <w:insideH w:val="nil"/>
          <w:insideV w:val="single" w:sz="8" w:space="0" w:color="000000" w:themeColor="background1"/>
        </w:tcBorders>
        <w:shd w:val="clear" w:color="auto" w:fill="EDE29C" w:themeFill="accent1"/>
      </w:tcPr>
    </w:tblStylePr>
    <w:tblStylePr w:type="lastRow">
      <w:rPr>
        <w:b/>
        <w:bCs/>
        <w:i w:val="0"/>
        <w:iCs w:val="0"/>
        <w:color w:val="000000" w:themeColor="background1"/>
      </w:rPr>
      <w:tblPr/>
      <w:tcPr>
        <w:tcBorders>
          <w:top w:val="single" w:sz="24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nil"/>
          <w:insideV w:val="single" w:sz="8" w:space="0" w:color="000000" w:themeColor="background1"/>
        </w:tcBorders>
        <w:shd w:val="clear" w:color="auto" w:fill="EDE29C" w:themeFill="accent1"/>
      </w:tcPr>
    </w:tblStylePr>
    <w:tblStylePr w:type="firstCol">
      <w:rPr>
        <w:b/>
        <w:bCs/>
        <w:i w:val="0"/>
        <w:iCs w:val="0"/>
        <w:color w:val="000000" w:themeColor="background1"/>
      </w:rPr>
      <w:tblPr/>
      <w:tcPr>
        <w:tcBorders>
          <w:left w:val="single" w:sz="8" w:space="0" w:color="000000" w:themeColor="background1"/>
          <w:right w:val="single" w:sz="24" w:space="0" w:color="000000" w:themeColor="background1"/>
          <w:insideH w:val="nil"/>
          <w:insideV w:val="nil"/>
        </w:tcBorders>
        <w:shd w:val="clear" w:color="auto" w:fill="EDE29C" w:themeFill="accent1"/>
      </w:tcPr>
    </w:tblStylePr>
    <w:tblStylePr w:type="lastCol">
      <w:rPr>
        <w:b/>
        <w:bCs/>
        <w:i w:val="0"/>
        <w:iCs w:val="0"/>
        <w:color w:val="000000" w:themeColor="background1"/>
      </w:rPr>
      <w:tblPr/>
      <w:tcPr>
        <w:tcBorders>
          <w:top w:val="nil"/>
          <w:left w:val="single" w:sz="24" w:space="0" w:color="000000" w:themeColor="background1"/>
          <w:bottom w:val="nil"/>
          <w:right w:val="nil"/>
          <w:insideH w:val="nil"/>
          <w:insideV w:val="nil"/>
        </w:tcBorders>
        <w:shd w:val="clear" w:color="auto" w:fill="EDE29C" w:themeFill="accent1"/>
      </w:tcPr>
    </w:tblStylePr>
    <w:tblStylePr w:type="band1Vert"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nil"/>
          <w:insideV w:val="nil"/>
        </w:tcBorders>
        <w:shd w:val="clear" w:color="auto" w:fill="F6F0CD" w:themeFill="accent1" w:themeFillTint="7F"/>
      </w:tcPr>
    </w:tblStylePr>
    <w:tblStylePr w:type="band1Horz"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single" w:sz="8" w:space="0" w:color="000000" w:themeColor="background1"/>
          <w:insideV w:val="single" w:sz="8" w:space="0" w:color="000000" w:themeColor="background1"/>
        </w:tcBorders>
        <w:shd w:val="clear" w:color="auto" w:fill="F6F0CD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background1"/>
        <w:left w:val="single" w:sz="8" w:space="0" w:color="000000" w:themeColor="background1"/>
        <w:bottom w:val="single" w:sz="8" w:space="0" w:color="000000" w:themeColor="background1"/>
        <w:right w:val="single" w:sz="8" w:space="0" w:color="000000" w:themeColor="background1"/>
        <w:insideH w:val="single" w:sz="6" w:space="0" w:color="000000" w:themeColor="background1"/>
        <w:insideV w:val="single" w:sz="6" w:space="0" w:color="000000" w:themeColor="background1"/>
      </w:tblBorders>
    </w:tblPr>
    <w:tcPr>
      <w:shd w:val="clear" w:color="auto" w:fill="FAF7E6" w:themeFill="accent2" w:themeFillTint="3F"/>
    </w:tcPr>
    <w:tblStylePr w:type="firstRow">
      <w:rPr>
        <w:b/>
        <w:bCs/>
        <w:i w:val="0"/>
        <w:iCs w:val="0"/>
        <w:color w:val="000000" w:themeColor="background1"/>
      </w:rPr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24" w:space="0" w:color="000000" w:themeColor="background1"/>
          <w:right w:val="single" w:sz="8" w:space="0" w:color="000000" w:themeColor="background1"/>
          <w:insideH w:val="nil"/>
          <w:insideV w:val="single" w:sz="8" w:space="0" w:color="000000" w:themeColor="background1"/>
        </w:tcBorders>
        <w:shd w:val="clear" w:color="auto" w:fill="EDE29C" w:themeFill="accent2"/>
      </w:tcPr>
    </w:tblStylePr>
    <w:tblStylePr w:type="lastRow">
      <w:rPr>
        <w:b/>
        <w:bCs/>
        <w:i w:val="0"/>
        <w:iCs w:val="0"/>
        <w:color w:val="000000" w:themeColor="background1"/>
      </w:rPr>
      <w:tblPr/>
      <w:tcPr>
        <w:tcBorders>
          <w:top w:val="single" w:sz="24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nil"/>
          <w:insideV w:val="single" w:sz="8" w:space="0" w:color="000000" w:themeColor="background1"/>
        </w:tcBorders>
        <w:shd w:val="clear" w:color="auto" w:fill="EDE29C" w:themeFill="accent2"/>
      </w:tcPr>
    </w:tblStylePr>
    <w:tblStylePr w:type="firstCol">
      <w:rPr>
        <w:b/>
        <w:bCs/>
        <w:i w:val="0"/>
        <w:iCs w:val="0"/>
        <w:color w:val="000000" w:themeColor="background1"/>
      </w:rPr>
      <w:tblPr/>
      <w:tcPr>
        <w:tcBorders>
          <w:left w:val="single" w:sz="8" w:space="0" w:color="000000" w:themeColor="background1"/>
          <w:right w:val="single" w:sz="24" w:space="0" w:color="000000" w:themeColor="background1"/>
          <w:insideH w:val="nil"/>
          <w:insideV w:val="nil"/>
        </w:tcBorders>
        <w:shd w:val="clear" w:color="auto" w:fill="EDE29C" w:themeFill="accent2"/>
      </w:tcPr>
    </w:tblStylePr>
    <w:tblStylePr w:type="lastCol">
      <w:rPr>
        <w:b/>
        <w:bCs/>
        <w:i w:val="0"/>
        <w:iCs w:val="0"/>
        <w:color w:val="000000" w:themeColor="background1"/>
      </w:rPr>
      <w:tblPr/>
      <w:tcPr>
        <w:tcBorders>
          <w:top w:val="nil"/>
          <w:left w:val="single" w:sz="24" w:space="0" w:color="000000" w:themeColor="background1"/>
          <w:bottom w:val="nil"/>
          <w:right w:val="nil"/>
          <w:insideH w:val="nil"/>
          <w:insideV w:val="nil"/>
        </w:tcBorders>
        <w:shd w:val="clear" w:color="auto" w:fill="EDE29C" w:themeFill="accent2"/>
      </w:tcPr>
    </w:tblStylePr>
    <w:tblStylePr w:type="band1Vert"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nil"/>
          <w:insideV w:val="nil"/>
        </w:tcBorders>
        <w:shd w:val="clear" w:color="auto" w:fill="F6F0CD" w:themeFill="accent2" w:themeFillTint="7F"/>
      </w:tcPr>
    </w:tblStylePr>
    <w:tblStylePr w:type="band1Horz"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single" w:sz="8" w:space="0" w:color="000000" w:themeColor="background1"/>
          <w:insideV w:val="single" w:sz="8" w:space="0" w:color="000000" w:themeColor="background1"/>
        </w:tcBorders>
        <w:shd w:val="clear" w:color="auto" w:fill="F6F0CD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background1"/>
        <w:left w:val="single" w:sz="8" w:space="0" w:color="000000" w:themeColor="background1"/>
        <w:bottom w:val="single" w:sz="8" w:space="0" w:color="000000" w:themeColor="background1"/>
        <w:right w:val="single" w:sz="8" w:space="0" w:color="000000" w:themeColor="background1"/>
        <w:insideH w:val="single" w:sz="6" w:space="0" w:color="000000" w:themeColor="background1"/>
        <w:insideV w:val="single" w:sz="6" w:space="0" w:color="000000" w:themeColor="background1"/>
      </w:tblBorders>
    </w:tblPr>
    <w:tcPr>
      <w:shd w:val="clear" w:color="auto" w:fill="FAF7E6" w:themeFill="accent3" w:themeFillTint="3F"/>
    </w:tcPr>
    <w:tblStylePr w:type="firstRow">
      <w:rPr>
        <w:b/>
        <w:bCs/>
        <w:i w:val="0"/>
        <w:iCs w:val="0"/>
        <w:color w:val="000000" w:themeColor="background1"/>
      </w:rPr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24" w:space="0" w:color="000000" w:themeColor="background1"/>
          <w:right w:val="single" w:sz="8" w:space="0" w:color="000000" w:themeColor="background1"/>
          <w:insideH w:val="nil"/>
          <w:insideV w:val="single" w:sz="8" w:space="0" w:color="000000" w:themeColor="background1"/>
        </w:tcBorders>
        <w:shd w:val="clear" w:color="auto" w:fill="EDE29C" w:themeFill="accent3"/>
      </w:tcPr>
    </w:tblStylePr>
    <w:tblStylePr w:type="lastRow">
      <w:rPr>
        <w:b/>
        <w:bCs/>
        <w:i w:val="0"/>
        <w:iCs w:val="0"/>
        <w:color w:val="000000" w:themeColor="background1"/>
      </w:rPr>
      <w:tblPr/>
      <w:tcPr>
        <w:tcBorders>
          <w:top w:val="single" w:sz="24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nil"/>
          <w:insideV w:val="single" w:sz="8" w:space="0" w:color="000000" w:themeColor="background1"/>
        </w:tcBorders>
        <w:shd w:val="clear" w:color="auto" w:fill="EDE29C" w:themeFill="accent3"/>
      </w:tcPr>
    </w:tblStylePr>
    <w:tblStylePr w:type="firstCol">
      <w:rPr>
        <w:b/>
        <w:bCs/>
        <w:i w:val="0"/>
        <w:iCs w:val="0"/>
        <w:color w:val="000000" w:themeColor="background1"/>
      </w:rPr>
      <w:tblPr/>
      <w:tcPr>
        <w:tcBorders>
          <w:left w:val="single" w:sz="8" w:space="0" w:color="000000" w:themeColor="background1"/>
          <w:right w:val="single" w:sz="24" w:space="0" w:color="000000" w:themeColor="background1"/>
          <w:insideH w:val="nil"/>
          <w:insideV w:val="nil"/>
        </w:tcBorders>
        <w:shd w:val="clear" w:color="auto" w:fill="EDE29C" w:themeFill="accent3"/>
      </w:tcPr>
    </w:tblStylePr>
    <w:tblStylePr w:type="lastCol">
      <w:rPr>
        <w:b/>
        <w:bCs/>
        <w:i w:val="0"/>
        <w:iCs w:val="0"/>
        <w:color w:val="000000" w:themeColor="background1"/>
      </w:rPr>
      <w:tblPr/>
      <w:tcPr>
        <w:tcBorders>
          <w:top w:val="nil"/>
          <w:left w:val="single" w:sz="24" w:space="0" w:color="000000" w:themeColor="background1"/>
          <w:bottom w:val="nil"/>
          <w:right w:val="nil"/>
          <w:insideH w:val="nil"/>
          <w:insideV w:val="nil"/>
        </w:tcBorders>
        <w:shd w:val="clear" w:color="auto" w:fill="EDE29C" w:themeFill="accent3"/>
      </w:tcPr>
    </w:tblStylePr>
    <w:tblStylePr w:type="band1Vert"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nil"/>
          <w:insideV w:val="nil"/>
        </w:tcBorders>
        <w:shd w:val="clear" w:color="auto" w:fill="F6F0CD" w:themeFill="accent3" w:themeFillTint="7F"/>
      </w:tcPr>
    </w:tblStylePr>
    <w:tblStylePr w:type="band1Horz"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single" w:sz="8" w:space="0" w:color="000000" w:themeColor="background1"/>
          <w:insideV w:val="single" w:sz="8" w:space="0" w:color="000000" w:themeColor="background1"/>
        </w:tcBorders>
        <w:shd w:val="clear" w:color="auto" w:fill="F6F0CD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background1"/>
        <w:left w:val="single" w:sz="8" w:space="0" w:color="000000" w:themeColor="background1"/>
        <w:bottom w:val="single" w:sz="8" w:space="0" w:color="000000" w:themeColor="background1"/>
        <w:right w:val="single" w:sz="8" w:space="0" w:color="000000" w:themeColor="background1"/>
        <w:insideH w:val="single" w:sz="6" w:space="0" w:color="000000" w:themeColor="background1"/>
        <w:insideV w:val="single" w:sz="6" w:space="0" w:color="000000" w:themeColor="background1"/>
      </w:tblBorders>
    </w:tblPr>
    <w:tcPr>
      <w:shd w:val="clear" w:color="auto" w:fill="FAF7E6" w:themeFill="accent4" w:themeFillTint="3F"/>
    </w:tcPr>
    <w:tblStylePr w:type="firstRow">
      <w:rPr>
        <w:b/>
        <w:bCs/>
        <w:i w:val="0"/>
        <w:iCs w:val="0"/>
        <w:color w:val="000000" w:themeColor="background1"/>
      </w:rPr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24" w:space="0" w:color="000000" w:themeColor="background1"/>
          <w:right w:val="single" w:sz="8" w:space="0" w:color="000000" w:themeColor="background1"/>
          <w:insideH w:val="nil"/>
          <w:insideV w:val="single" w:sz="8" w:space="0" w:color="000000" w:themeColor="background1"/>
        </w:tcBorders>
        <w:shd w:val="clear" w:color="auto" w:fill="EDE29C" w:themeFill="accent4"/>
      </w:tcPr>
    </w:tblStylePr>
    <w:tblStylePr w:type="lastRow">
      <w:rPr>
        <w:b/>
        <w:bCs/>
        <w:i w:val="0"/>
        <w:iCs w:val="0"/>
        <w:color w:val="000000" w:themeColor="background1"/>
      </w:rPr>
      <w:tblPr/>
      <w:tcPr>
        <w:tcBorders>
          <w:top w:val="single" w:sz="24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nil"/>
          <w:insideV w:val="single" w:sz="8" w:space="0" w:color="000000" w:themeColor="background1"/>
        </w:tcBorders>
        <w:shd w:val="clear" w:color="auto" w:fill="EDE29C" w:themeFill="accent4"/>
      </w:tcPr>
    </w:tblStylePr>
    <w:tblStylePr w:type="firstCol">
      <w:rPr>
        <w:b/>
        <w:bCs/>
        <w:i w:val="0"/>
        <w:iCs w:val="0"/>
        <w:color w:val="000000" w:themeColor="background1"/>
      </w:rPr>
      <w:tblPr/>
      <w:tcPr>
        <w:tcBorders>
          <w:left w:val="single" w:sz="8" w:space="0" w:color="000000" w:themeColor="background1"/>
          <w:right w:val="single" w:sz="24" w:space="0" w:color="000000" w:themeColor="background1"/>
          <w:insideH w:val="nil"/>
          <w:insideV w:val="nil"/>
        </w:tcBorders>
        <w:shd w:val="clear" w:color="auto" w:fill="EDE29C" w:themeFill="accent4"/>
      </w:tcPr>
    </w:tblStylePr>
    <w:tblStylePr w:type="lastCol">
      <w:rPr>
        <w:b/>
        <w:bCs/>
        <w:i w:val="0"/>
        <w:iCs w:val="0"/>
        <w:color w:val="000000" w:themeColor="background1"/>
      </w:rPr>
      <w:tblPr/>
      <w:tcPr>
        <w:tcBorders>
          <w:top w:val="nil"/>
          <w:left w:val="single" w:sz="24" w:space="0" w:color="000000" w:themeColor="background1"/>
          <w:bottom w:val="nil"/>
          <w:right w:val="nil"/>
          <w:insideH w:val="nil"/>
          <w:insideV w:val="nil"/>
        </w:tcBorders>
        <w:shd w:val="clear" w:color="auto" w:fill="EDE29C" w:themeFill="accent4"/>
      </w:tcPr>
    </w:tblStylePr>
    <w:tblStylePr w:type="band1Vert"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nil"/>
          <w:insideV w:val="nil"/>
        </w:tcBorders>
        <w:shd w:val="clear" w:color="auto" w:fill="F6F0CD" w:themeFill="accent4" w:themeFillTint="7F"/>
      </w:tcPr>
    </w:tblStylePr>
    <w:tblStylePr w:type="band1Horz"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single" w:sz="8" w:space="0" w:color="000000" w:themeColor="background1"/>
          <w:insideV w:val="single" w:sz="8" w:space="0" w:color="000000" w:themeColor="background1"/>
        </w:tcBorders>
        <w:shd w:val="clear" w:color="auto" w:fill="F6F0CD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background1"/>
        <w:left w:val="single" w:sz="8" w:space="0" w:color="000000" w:themeColor="background1"/>
        <w:bottom w:val="single" w:sz="8" w:space="0" w:color="000000" w:themeColor="background1"/>
        <w:right w:val="single" w:sz="8" w:space="0" w:color="000000" w:themeColor="background1"/>
        <w:insideH w:val="single" w:sz="6" w:space="0" w:color="000000" w:themeColor="background1"/>
        <w:insideV w:val="single" w:sz="6" w:space="0" w:color="000000" w:themeColor="background1"/>
      </w:tblBorders>
    </w:tblPr>
    <w:tcPr>
      <w:shd w:val="clear" w:color="auto" w:fill="FAF7E6" w:themeFill="accent5" w:themeFillTint="3F"/>
    </w:tcPr>
    <w:tblStylePr w:type="firstRow">
      <w:rPr>
        <w:b/>
        <w:bCs/>
        <w:i w:val="0"/>
        <w:iCs w:val="0"/>
        <w:color w:val="000000" w:themeColor="background1"/>
      </w:rPr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24" w:space="0" w:color="000000" w:themeColor="background1"/>
          <w:right w:val="single" w:sz="8" w:space="0" w:color="000000" w:themeColor="background1"/>
          <w:insideH w:val="nil"/>
          <w:insideV w:val="single" w:sz="8" w:space="0" w:color="000000" w:themeColor="background1"/>
        </w:tcBorders>
        <w:shd w:val="clear" w:color="auto" w:fill="EDE29C" w:themeFill="accent5"/>
      </w:tcPr>
    </w:tblStylePr>
    <w:tblStylePr w:type="lastRow">
      <w:rPr>
        <w:b/>
        <w:bCs/>
        <w:i w:val="0"/>
        <w:iCs w:val="0"/>
        <w:color w:val="000000" w:themeColor="background1"/>
      </w:rPr>
      <w:tblPr/>
      <w:tcPr>
        <w:tcBorders>
          <w:top w:val="single" w:sz="24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nil"/>
          <w:insideV w:val="single" w:sz="8" w:space="0" w:color="000000" w:themeColor="background1"/>
        </w:tcBorders>
        <w:shd w:val="clear" w:color="auto" w:fill="EDE29C" w:themeFill="accent5"/>
      </w:tcPr>
    </w:tblStylePr>
    <w:tblStylePr w:type="firstCol">
      <w:rPr>
        <w:b/>
        <w:bCs/>
        <w:i w:val="0"/>
        <w:iCs w:val="0"/>
        <w:color w:val="000000" w:themeColor="background1"/>
      </w:rPr>
      <w:tblPr/>
      <w:tcPr>
        <w:tcBorders>
          <w:left w:val="single" w:sz="8" w:space="0" w:color="000000" w:themeColor="background1"/>
          <w:right w:val="single" w:sz="24" w:space="0" w:color="000000" w:themeColor="background1"/>
          <w:insideH w:val="nil"/>
          <w:insideV w:val="nil"/>
        </w:tcBorders>
        <w:shd w:val="clear" w:color="auto" w:fill="EDE29C" w:themeFill="accent5"/>
      </w:tcPr>
    </w:tblStylePr>
    <w:tblStylePr w:type="lastCol">
      <w:rPr>
        <w:b/>
        <w:bCs/>
        <w:i w:val="0"/>
        <w:iCs w:val="0"/>
        <w:color w:val="000000" w:themeColor="background1"/>
      </w:rPr>
      <w:tblPr/>
      <w:tcPr>
        <w:tcBorders>
          <w:top w:val="nil"/>
          <w:left w:val="single" w:sz="24" w:space="0" w:color="000000" w:themeColor="background1"/>
          <w:bottom w:val="nil"/>
          <w:right w:val="nil"/>
          <w:insideH w:val="nil"/>
          <w:insideV w:val="nil"/>
        </w:tcBorders>
        <w:shd w:val="clear" w:color="auto" w:fill="EDE29C" w:themeFill="accent5"/>
      </w:tcPr>
    </w:tblStylePr>
    <w:tblStylePr w:type="band1Vert"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nil"/>
          <w:insideV w:val="nil"/>
        </w:tcBorders>
        <w:shd w:val="clear" w:color="auto" w:fill="F6F0CD" w:themeFill="accent5" w:themeFillTint="7F"/>
      </w:tcPr>
    </w:tblStylePr>
    <w:tblStylePr w:type="band1Horz"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single" w:sz="8" w:space="0" w:color="000000" w:themeColor="background1"/>
          <w:insideV w:val="single" w:sz="8" w:space="0" w:color="000000" w:themeColor="background1"/>
        </w:tcBorders>
        <w:shd w:val="clear" w:color="auto" w:fill="F6F0CD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background1"/>
        <w:left w:val="single" w:sz="8" w:space="0" w:color="000000" w:themeColor="background1"/>
        <w:bottom w:val="single" w:sz="8" w:space="0" w:color="000000" w:themeColor="background1"/>
        <w:right w:val="single" w:sz="8" w:space="0" w:color="000000" w:themeColor="background1"/>
        <w:insideH w:val="single" w:sz="6" w:space="0" w:color="000000" w:themeColor="background1"/>
        <w:insideV w:val="single" w:sz="6" w:space="0" w:color="000000" w:themeColor="background1"/>
      </w:tblBorders>
    </w:tblPr>
    <w:tcPr>
      <w:shd w:val="clear" w:color="auto" w:fill="FAF7E6" w:themeFill="accent6" w:themeFillTint="3F"/>
    </w:tcPr>
    <w:tblStylePr w:type="firstRow">
      <w:rPr>
        <w:b/>
        <w:bCs/>
        <w:i w:val="0"/>
        <w:iCs w:val="0"/>
        <w:color w:val="000000" w:themeColor="background1"/>
      </w:rPr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24" w:space="0" w:color="000000" w:themeColor="background1"/>
          <w:right w:val="single" w:sz="8" w:space="0" w:color="000000" w:themeColor="background1"/>
          <w:insideH w:val="nil"/>
          <w:insideV w:val="single" w:sz="8" w:space="0" w:color="000000" w:themeColor="background1"/>
        </w:tcBorders>
        <w:shd w:val="clear" w:color="auto" w:fill="EDE29C" w:themeFill="accent6"/>
      </w:tcPr>
    </w:tblStylePr>
    <w:tblStylePr w:type="lastRow">
      <w:rPr>
        <w:b/>
        <w:bCs/>
        <w:i w:val="0"/>
        <w:iCs w:val="0"/>
        <w:color w:val="000000" w:themeColor="background1"/>
      </w:rPr>
      <w:tblPr/>
      <w:tcPr>
        <w:tcBorders>
          <w:top w:val="single" w:sz="24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nil"/>
          <w:insideV w:val="single" w:sz="8" w:space="0" w:color="000000" w:themeColor="background1"/>
        </w:tcBorders>
        <w:shd w:val="clear" w:color="auto" w:fill="EDE29C" w:themeFill="accent6"/>
      </w:tcPr>
    </w:tblStylePr>
    <w:tblStylePr w:type="firstCol">
      <w:rPr>
        <w:b/>
        <w:bCs/>
        <w:i w:val="0"/>
        <w:iCs w:val="0"/>
        <w:color w:val="000000" w:themeColor="background1"/>
      </w:rPr>
      <w:tblPr/>
      <w:tcPr>
        <w:tcBorders>
          <w:left w:val="single" w:sz="8" w:space="0" w:color="000000" w:themeColor="background1"/>
          <w:right w:val="single" w:sz="24" w:space="0" w:color="000000" w:themeColor="background1"/>
          <w:insideH w:val="nil"/>
          <w:insideV w:val="nil"/>
        </w:tcBorders>
        <w:shd w:val="clear" w:color="auto" w:fill="EDE29C" w:themeFill="accent6"/>
      </w:tcPr>
    </w:tblStylePr>
    <w:tblStylePr w:type="lastCol">
      <w:rPr>
        <w:b/>
        <w:bCs/>
        <w:i w:val="0"/>
        <w:iCs w:val="0"/>
        <w:color w:val="000000" w:themeColor="background1"/>
      </w:rPr>
      <w:tblPr/>
      <w:tcPr>
        <w:tcBorders>
          <w:top w:val="nil"/>
          <w:left w:val="single" w:sz="24" w:space="0" w:color="000000" w:themeColor="background1"/>
          <w:bottom w:val="nil"/>
          <w:right w:val="nil"/>
          <w:insideH w:val="nil"/>
          <w:insideV w:val="nil"/>
        </w:tcBorders>
        <w:shd w:val="clear" w:color="auto" w:fill="EDE29C" w:themeFill="accent6"/>
      </w:tcPr>
    </w:tblStylePr>
    <w:tblStylePr w:type="band1Vert"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nil"/>
          <w:insideV w:val="nil"/>
        </w:tcBorders>
        <w:shd w:val="clear" w:color="auto" w:fill="F6F0CD" w:themeFill="accent6" w:themeFillTint="7F"/>
      </w:tcPr>
    </w:tblStylePr>
    <w:tblStylePr w:type="band1Horz"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single" w:sz="8" w:space="0" w:color="000000" w:themeColor="background1"/>
          <w:insideV w:val="single" w:sz="8" w:space="0" w:color="000000" w:themeColor="background1"/>
        </w:tcBorders>
        <w:shd w:val="clear" w:color="auto" w:fill="F6F0CD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000000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0000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000000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0000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000000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000000" w:themeColor="background1"/>
    </w:rPr>
    <w:tblPr>
      <w:tblStyleRowBandSize w:val="1"/>
      <w:tblStyleColBandSize w:val="1"/>
    </w:tblPr>
    <w:tcPr>
      <w:shd w:val="clear" w:color="auto" w:fill="EDE29C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0000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000000" w:themeColor="background1"/>
          <w:left w:val="nil"/>
          <w:bottom w:val="nil"/>
          <w:right w:val="nil"/>
          <w:insideH w:val="nil"/>
          <w:insideV w:val="nil"/>
        </w:tcBorders>
        <w:shd w:val="clear" w:color="auto" w:fill="A5921E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0000" w:themeColor="background1"/>
          <w:insideH w:val="nil"/>
          <w:insideV w:val="nil"/>
        </w:tcBorders>
        <w:shd w:val="clear" w:color="auto" w:fill="DDC948" w:themeFill="accent1" w:themeFillShade="BF"/>
      </w:tcPr>
    </w:tblStylePr>
    <w:tblStylePr w:type="lastCol">
      <w:tblPr/>
      <w:tcPr>
        <w:tcBorders>
          <w:top w:val="nil"/>
          <w:left w:val="single" w:sz="18" w:space="0" w:color="000000" w:themeColor="background1"/>
          <w:bottom w:val="nil"/>
          <w:right w:val="nil"/>
          <w:insideH w:val="nil"/>
          <w:insideV w:val="nil"/>
        </w:tcBorders>
        <w:shd w:val="clear" w:color="auto" w:fill="DDC94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C94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C948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000000" w:themeColor="background1"/>
    </w:rPr>
    <w:tblPr>
      <w:tblStyleRowBandSize w:val="1"/>
      <w:tblStyleColBandSize w:val="1"/>
    </w:tblPr>
    <w:tcPr>
      <w:shd w:val="clear" w:color="auto" w:fill="EDE29C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0000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000000" w:themeColor="background1"/>
          <w:left w:val="nil"/>
          <w:bottom w:val="nil"/>
          <w:right w:val="nil"/>
          <w:insideH w:val="nil"/>
          <w:insideV w:val="nil"/>
        </w:tcBorders>
        <w:shd w:val="clear" w:color="auto" w:fill="A5921E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0000" w:themeColor="background1"/>
          <w:insideH w:val="nil"/>
          <w:insideV w:val="nil"/>
        </w:tcBorders>
        <w:shd w:val="clear" w:color="auto" w:fill="DDC948" w:themeFill="accent2" w:themeFillShade="BF"/>
      </w:tcPr>
    </w:tblStylePr>
    <w:tblStylePr w:type="lastCol">
      <w:tblPr/>
      <w:tcPr>
        <w:tcBorders>
          <w:top w:val="nil"/>
          <w:left w:val="single" w:sz="18" w:space="0" w:color="000000" w:themeColor="background1"/>
          <w:bottom w:val="nil"/>
          <w:right w:val="nil"/>
          <w:insideH w:val="nil"/>
          <w:insideV w:val="nil"/>
        </w:tcBorders>
        <w:shd w:val="clear" w:color="auto" w:fill="DDC94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C94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C948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000000" w:themeColor="background1"/>
    </w:rPr>
    <w:tblPr>
      <w:tblStyleRowBandSize w:val="1"/>
      <w:tblStyleColBandSize w:val="1"/>
    </w:tblPr>
    <w:tcPr>
      <w:shd w:val="clear" w:color="auto" w:fill="EDE29C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0000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000000" w:themeColor="background1"/>
          <w:left w:val="nil"/>
          <w:bottom w:val="nil"/>
          <w:right w:val="nil"/>
          <w:insideH w:val="nil"/>
          <w:insideV w:val="nil"/>
        </w:tcBorders>
        <w:shd w:val="clear" w:color="auto" w:fill="A5921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0000" w:themeColor="background1"/>
          <w:insideH w:val="nil"/>
          <w:insideV w:val="nil"/>
        </w:tcBorders>
        <w:shd w:val="clear" w:color="auto" w:fill="DDC948" w:themeFill="accent3" w:themeFillShade="BF"/>
      </w:tcPr>
    </w:tblStylePr>
    <w:tblStylePr w:type="lastCol">
      <w:tblPr/>
      <w:tcPr>
        <w:tcBorders>
          <w:top w:val="nil"/>
          <w:left w:val="single" w:sz="18" w:space="0" w:color="000000" w:themeColor="background1"/>
          <w:bottom w:val="nil"/>
          <w:right w:val="nil"/>
          <w:insideH w:val="nil"/>
          <w:insideV w:val="nil"/>
        </w:tcBorders>
        <w:shd w:val="clear" w:color="auto" w:fill="DDC948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C948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C948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000000" w:themeColor="background1"/>
    </w:rPr>
    <w:tblPr>
      <w:tblStyleRowBandSize w:val="1"/>
      <w:tblStyleColBandSize w:val="1"/>
    </w:tblPr>
    <w:tcPr>
      <w:shd w:val="clear" w:color="auto" w:fill="EDE29C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0000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000000" w:themeColor="background1"/>
          <w:left w:val="nil"/>
          <w:bottom w:val="nil"/>
          <w:right w:val="nil"/>
          <w:insideH w:val="nil"/>
          <w:insideV w:val="nil"/>
        </w:tcBorders>
        <w:shd w:val="clear" w:color="auto" w:fill="A5921E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0000" w:themeColor="background1"/>
          <w:insideH w:val="nil"/>
          <w:insideV w:val="nil"/>
        </w:tcBorders>
        <w:shd w:val="clear" w:color="auto" w:fill="DDC948" w:themeFill="accent4" w:themeFillShade="BF"/>
      </w:tcPr>
    </w:tblStylePr>
    <w:tblStylePr w:type="lastCol">
      <w:tblPr/>
      <w:tcPr>
        <w:tcBorders>
          <w:top w:val="nil"/>
          <w:left w:val="single" w:sz="18" w:space="0" w:color="000000" w:themeColor="background1"/>
          <w:bottom w:val="nil"/>
          <w:right w:val="nil"/>
          <w:insideH w:val="nil"/>
          <w:insideV w:val="nil"/>
        </w:tcBorders>
        <w:shd w:val="clear" w:color="auto" w:fill="DDC94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C94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C948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000000" w:themeColor="background1"/>
    </w:rPr>
    <w:tblPr>
      <w:tblStyleRowBandSize w:val="1"/>
      <w:tblStyleColBandSize w:val="1"/>
    </w:tblPr>
    <w:tcPr>
      <w:shd w:val="clear" w:color="auto" w:fill="EDE29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0000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000000" w:themeColor="background1"/>
          <w:left w:val="nil"/>
          <w:bottom w:val="nil"/>
          <w:right w:val="nil"/>
          <w:insideH w:val="nil"/>
          <w:insideV w:val="nil"/>
        </w:tcBorders>
        <w:shd w:val="clear" w:color="auto" w:fill="A5921E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0000" w:themeColor="background1"/>
          <w:insideH w:val="nil"/>
          <w:insideV w:val="nil"/>
        </w:tcBorders>
        <w:shd w:val="clear" w:color="auto" w:fill="DDC948" w:themeFill="accent5" w:themeFillShade="BF"/>
      </w:tcPr>
    </w:tblStylePr>
    <w:tblStylePr w:type="lastCol">
      <w:tblPr/>
      <w:tcPr>
        <w:tcBorders>
          <w:top w:val="nil"/>
          <w:left w:val="single" w:sz="18" w:space="0" w:color="000000" w:themeColor="background1"/>
          <w:bottom w:val="nil"/>
          <w:right w:val="nil"/>
          <w:insideH w:val="nil"/>
          <w:insideV w:val="nil"/>
        </w:tcBorders>
        <w:shd w:val="clear" w:color="auto" w:fill="DDC94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C94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C948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000000" w:themeColor="background1"/>
    </w:rPr>
    <w:tblPr>
      <w:tblStyleRowBandSize w:val="1"/>
      <w:tblStyleColBandSize w:val="1"/>
    </w:tblPr>
    <w:tcPr>
      <w:shd w:val="clear" w:color="auto" w:fill="EDE29C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0000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000000" w:themeColor="background1"/>
          <w:left w:val="nil"/>
          <w:bottom w:val="nil"/>
          <w:right w:val="nil"/>
          <w:insideH w:val="nil"/>
          <w:insideV w:val="nil"/>
        </w:tcBorders>
        <w:shd w:val="clear" w:color="auto" w:fill="A5921E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0000" w:themeColor="background1"/>
          <w:insideH w:val="nil"/>
          <w:insideV w:val="nil"/>
        </w:tcBorders>
        <w:shd w:val="clear" w:color="auto" w:fill="DDC948" w:themeFill="accent6" w:themeFillShade="BF"/>
      </w:tcPr>
    </w:tblStylePr>
    <w:tblStylePr w:type="lastCol">
      <w:tblPr/>
      <w:tcPr>
        <w:tcBorders>
          <w:top w:val="nil"/>
          <w:left w:val="single" w:sz="18" w:space="0" w:color="000000" w:themeColor="background1"/>
          <w:bottom w:val="nil"/>
          <w:right w:val="nil"/>
          <w:insideH w:val="nil"/>
          <w:insideV w:val="nil"/>
        </w:tcBorders>
        <w:shd w:val="clear" w:color="auto" w:fill="DDC948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C948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C948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E29C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background1"/>
        <w:insideV w:val="single" w:sz="4" w:space="0" w:color="000000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E29C" w:themeColor="accent2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Row">
      <w:rPr>
        <w:b/>
        <w:bCs/>
        <w:color w:val="000000" w:themeColor="background1"/>
      </w:rPr>
      <w:tblPr/>
      <w:tcPr>
        <w:tcBorders>
          <w:top w:val="single" w:sz="6" w:space="0" w:color="000000" w:themeColor="background1"/>
        </w:tcBorders>
        <w:shd w:val="clear" w:color="auto" w:fill="000000" w:themeFill="text1" w:themeFillShade="99"/>
      </w:tcPr>
    </w:tblStylePr>
    <w:tblStylePr w:type="firstCol">
      <w:rPr>
        <w:color w:val="000000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000000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E29C" w:themeColor="accent2"/>
        <w:left w:val="single" w:sz="4" w:space="0" w:color="EDE29C" w:themeColor="accent1"/>
        <w:bottom w:val="single" w:sz="4" w:space="0" w:color="EDE29C" w:themeColor="accent1"/>
        <w:right w:val="single" w:sz="4" w:space="0" w:color="EDE29C" w:themeColor="accent1"/>
        <w:insideH w:val="single" w:sz="4" w:space="0" w:color="000000" w:themeColor="background1"/>
        <w:insideV w:val="single" w:sz="4" w:space="0" w:color="000000" w:themeColor="background1"/>
      </w:tblBorders>
    </w:tblPr>
    <w:tcPr>
      <w:shd w:val="clear" w:color="auto" w:fill="FDFC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E29C" w:themeColor="accent2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Row">
      <w:rPr>
        <w:b/>
        <w:bCs/>
        <w:color w:val="000000" w:themeColor="background1"/>
      </w:rPr>
      <w:tblPr/>
      <w:tcPr>
        <w:tcBorders>
          <w:top w:val="single" w:sz="6" w:space="0" w:color="000000" w:themeColor="background1"/>
        </w:tcBorders>
        <w:shd w:val="clear" w:color="auto" w:fill="C7B024" w:themeFill="accent1" w:themeFillShade="99"/>
      </w:tcPr>
    </w:tblStylePr>
    <w:tblStylePr w:type="firstCol">
      <w:rPr>
        <w:color w:val="000000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7B024" w:themeColor="accent1" w:themeShade="99"/>
          <w:insideV w:val="nil"/>
        </w:tcBorders>
        <w:shd w:val="clear" w:color="auto" w:fill="C7B024" w:themeFill="accent1" w:themeFillShade="99"/>
      </w:tcPr>
    </w:tblStylePr>
    <w:tblStylePr w:type="lastCol">
      <w:rPr>
        <w:color w:val="000000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B024" w:themeFill="accent1" w:themeFillShade="99"/>
      </w:tcPr>
    </w:tblStylePr>
    <w:tblStylePr w:type="band1Vert">
      <w:tblPr/>
      <w:tcPr>
        <w:shd w:val="clear" w:color="auto" w:fill="F7F3D7" w:themeFill="accent1" w:themeFillTint="66"/>
      </w:tcPr>
    </w:tblStylePr>
    <w:tblStylePr w:type="band1Horz">
      <w:tblPr/>
      <w:tcPr>
        <w:shd w:val="clear" w:color="auto" w:fill="F6F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E29C" w:themeColor="accent2"/>
        <w:left w:val="single" w:sz="4" w:space="0" w:color="EDE29C" w:themeColor="accent2"/>
        <w:bottom w:val="single" w:sz="4" w:space="0" w:color="EDE29C" w:themeColor="accent2"/>
        <w:right w:val="single" w:sz="4" w:space="0" w:color="EDE29C" w:themeColor="accent2"/>
        <w:insideH w:val="single" w:sz="4" w:space="0" w:color="000000" w:themeColor="background1"/>
        <w:insideV w:val="single" w:sz="4" w:space="0" w:color="000000" w:themeColor="background1"/>
      </w:tblBorders>
    </w:tblPr>
    <w:tcPr>
      <w:shd w:val="clear" w:color="auto" w:fill="FDFCF5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E29C" w:themeColor="accent2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Row">
      <w:rPr>
        <w:b/>
        <w:bCs/>
        <w:color w:val="000000" w:themeColor="background1"/>
      </w:rPr>
      <w:tblPr/>
      <w:tcPr>
        <w:tcBorders>
          <w:top w:val="single" w:sz="6" w:space="0" w:color="000000" w:themeColor="background1"/>
        </w:tcBorders>
        <w:shd w:val="clear" w:color="auto" w:fill="C7B024" w:themeFill="accent2" w:themeFillShade="99"/>
      </w:tcPr>
    </w:tblStylePr>
    <w:tblStylePr w:type="firstCol">
      <w:rPr>
        <w:color w:val="000000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7B024" w:themeColor="accent2" w:themeShade="99"/>
          <w:insideV w:val="nil"/>
        </w:tcBorders>
        <w:shd w:val="clear" w:color="auto" w:fill="C7B024" w:themeFill="accent2" w:themeFillShade="99"/>
      </w:tcPr>
    </w:tblStylePr>
    <w:tblStylePr w:type="lastCol">
      <w:rPr>
        <w:color w:val="000000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B024" w:themeFill="accent2" w:themeFillShade="99"/>
      </w:tcPr>
    </w:tblStylePr>
    <w:tblStylePr w:type="band1Vert">
      <w:tblPr/>
      <w:tcPr>
        <w:shd w:val="clear" w:color="auto" w:fill="F7F3D7" w:themeFill="accent2" w:themeFillTint="66"/>
      </w:tcPr>
    </w:tblStylePr>
    <w:tblStylePr w:type="band1Horz">
      <w:tblPr/>
      <w:tcPr>
        <w:shd w:val="clear" w:color="auto" w:fill="F6F0CD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E29C" w:themeColor="accent4"/>
        <w:left w:val="single" w:sz="4" w:space="0" w:color="EDE29C" w:themeColor="accent3"/>
        <w:bottom w:val="single" w:sz="4" w:space="0" w:color="EDE29C" w:themeColor="accent3"/>
        <w:right w:val="single" w:sz="4" w:space="0" w:color="EDE29C" w:themeColor="accent3"/>
        <w:insideH w:val="single" w:sz="4" w:space="0" w:color="000000" w:themeColor="background1"/>
        <w:insideV w:val="single" w:sz="4" w:space="0" w:color="000000" w:themeColor="background1"/>
      </w:tblBorders>
    </w:tblPr>
    <w:tcPr>
      <w:shd w:val="clear" w:color="auto" w:fill="FDFCF5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E29C" w:themeColor="accent4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Row">
      <w:rPr>
        <w:b/>
        <w:bCs/>
        <w:color w:val="000000" w:themeColor="background1"/>
      </w:rPr>
      <w:tblPr/>
      <w:tcPr>
        <w:tcBorders>
          <w:top w:val="single" w:sz="6" w:space="0" w:color="000000" w:themeColor="background1"/>
        </w:tcBorders>
        <w:shd w:val="clear" w:color="auto" w:fill="C7B024" w:themeFill="accent3" w:themeFillShade="99"/>
      </w:tcPr>
    </w:tblStylePr>
    <w:tblStylePr w:type="firstCol">
      <w:rPr>
        <w:color w:val="000000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7B024" w:themeColor="accent3" w:themeShade="99"/>
          <w:insideV w:val="nil"/>
        </w:tcBorders>
        <w:shd w:val="clear" w:color="auto" w:fill="C7B024" w:themeFill="accent3" w:themeFillShade="99"/>
      </w:tcPr>
    </w:tblStylePr>
    <w:tblStylePr w:type="lastCol">
      <w:rPr>
        <w:color w:val="000000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B024" w:themeFill="accent3" w:themeFillShade="99"/>
      </w:tcPr>
    </w:tblStylePr>
    <w:tblStylePr w:type="band1Vert">
      <w:tblPr/>
      <w:tcPr>
        <w:shd w:val="clear" w:color="auto" w:fill="F7F3D7" w:themeFill="accent3" w:themeFillTint="66"/>
      </w:tcPr>
    </w:tblStylePr>
    <w:tblStylePr w:type="band1Horz">
      <w:tblPr/>
      <w:tcPr>
        <w:shd w:val="clear" w:color="auto" w:fill="F6F0CD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E29C" w:themeColor="accent3"/>
        <w:left w:val="single" w:sz="4" w:space="0" w:color="EDE29C" w:themeColor="accent4"/>
        <w:bottom w:val="single" w:sz="4" w:space="0" w:color="EDE29C" w:themeColor="accent4"/>
        <w:right w:val="single" w:sz="4" w:space="0" w:color="EDE29C" w:themeColor="accent4"/>
        <w:insideH w:val="single" w:sz="4" w:space="0" w:color="000000" w:themeColor="background1"/>
        <w:insideV w:val="single" w:sz="4" w:space="0" w:color="000000" w:themeColor="background1"/>
      </w:tblBorders>
    </w:tblPr>
    <w:tcPr>
      <w:shd w:val="clear" w:color="auto" w:fill="FDFC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E29C" w:themeColor="accent3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Row">
      <w:rPr>
        <w:b/>
        <w:bCs/>
        <w:color w:val="000000" w:themeColor="background1"/>
      </w:rPr>
      <w:tblPr/>
      <w:tcPr>
        <w:tcBorders>
          <w:top w:val="single" w:sz="6" w:space="0" w:color="000000" w:themeColor="background1"/>
        </w:tcBorders>
        <w:shd w:val="clear" w:color="auto" w:fill="C7B024" w:themeFill="accent4" w:themeFillShade="99"/>
      </w:tcPr>
    </w:tblStylePr>
    <w:tblStylePr w:type="firstCol">
      <w:rPr>
        <w:color w:val="000000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7B024" w:themeColor="accent4" w:themeShade="99"/>
          <w:insideV w:val="nil"/>
        </w:tcBorders>
        <w:shd w:val="clear" w:color="auto" w:fill="C7B024" w:themeFill="accent4" w:themeFillShade="99"/>
      </w:tcPr>
    </w:tblStylePr>
    <w:tblStylePr w:type="lastCol">
      <w:rPr>
        <w:color w:val="000000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B024" w:themeFill="accent4" w:themeFillShade="99"/>
      </w:tcPr>
    </w:tblStylePr>
    <w:tblStylePr w:type="band1Vert">
      <w:tblPr/>
      <w:tcPr>
        <w:shd w:val="clear" w:color="auto" w:fill="F7F3D7" w:themeFill="accent4" w:themeFillTint="66"/>
      </w:tcPr>
    </w:tblStylePr>
    <w:tblStylePr w:type="band1Horz">
      <w:tblPr/>
      <w:tcPr>
        <w:shd w:val="clear" w:color="auto" w:fill="F6F0C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E29C" w:themeColor="accent6"/>
        <w:left w:val="single" w:sz="4" w:space="0" w:color="EDE29C" w:themeColor="accent5"/>
        <w:bottom w:val="single" w:sz="4" w:space="0" w:color="EDE29C" w:themeColor="accent5"/>
        <w:right w:val="single" w:sz="4" w:space="0" w:color="EDE29C" w:themeColor="accent5"/>
        <w:insideH w:val="single" w:sz="4" w:space="0" w:color="000000" w:themeColor="background1"/>
        <w:insideV w:val="single" w:sz="4" w:space="0" w:color="000000" w:themeColor="background1"/>
      </w:tblBorders>
    </w:tblPr>
    <w:tcPr>
      <w:shd w:val="clear" w:color="auto" w:fill="FDFCF5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E29C" w:themeColor="accent6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Row">
      <w:rPr>
        <w:b/>
        <w:bCs/>
        <w:color w:val="000000" w:themeColor="background1"/>
      </w:rPr>
      <w:tblPr/>
      <w:tcPr>
        <w:tcBorders>
          <w:top w:val="single" w:sz="6" w:space="0" w:color="000000" w:themeColor="background1"/>
        </w:tcBorders>
        <w:shd w:val="clear" w:color="auto" w:fill="C7B024" w:themeFill="accent5" w:themeFillShade="99"/>
      </w:tcPr>
    </w:tblStylePr>
    <w:tblStylePr w:type="firstCol">
      <w:rPr>
        <w:color w:val="000000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7B024" w:themeColor="accent5" w:themeShade="99"/>
          <w:insideV w:val="nil"/>
        </w:tcBorders>
        <w:shd w:val="clear" w:color="auto" w:fill="C7B024" w:themeFill="accent5" w:themeFillShade="99"/>
      </w:tcPr>
    </w:tblStylePr>
    <w:tblStylePr w:type="lastCol">
      <w:rPr>
        <w:color w:val="000000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B024" w:themeFill="accent5" w:themeFillShade="99"/>
      </w:tcPr>
    </w:tblStylePr>
    <w:tblStylePr w:type="band1Vert">
      <w:tblPr/>
      <w:tcPr>
        <w:shd w:val="clear" w:color="auto" w:fill="F7F3D7" w:themeFill="accent5" w:themeFillTint="66"/>
      </w:tcPr>
    </w:tblStylePr>
    <w:tblStylePr w:type="band1Horz">
      <w:tblPr/>
      <w:tcPr>
        <w:shd w:val="clear" w:color="auto" w:fill="F6F0C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E29C" w:themeColor="accent5"/>
        <w:left w:val="single" w:sz="4" w:space="0" w:color="EDE29C" w:themeColor="accent6"/>
        <w:bottom w:val="single" w:sz="4" w:space="0" w:color="EDE29C" w:themeColor="accent6"/>
        <w:right w:val="single" w:sz="4" w:space="0" w:color="EDE29C" w:themeColor="accent6"/>
        <w:insideH w:val="single" w:sz="4" w:space="0" w:color="000000" w:themeColor="background1"/>
        <w:insideV w:val="single" w:sz="4" w:space="0" w:color="000000" w:themeColor="background1"/>
      </w:tblBorders>
    </w:tblPr>
    <w:tcPr>
      <w:shd w:val="clear" w:color="auto" w:fill="FDFCF5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E29C" w:themeColor="accent5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Row">
      <w:rPr>
        <w:b/>
        <w:bCs/>
        <w:color w:val="000000" w:themeColor="background1"/>
      </w:rPr>
      <w:tblPr/>
      <w:tcPr>
        <w:tcBorders>
          <w:top w:val="single" w:sz="6" w:space="0" w:color="000000" w:themeColor="background1"/>
        </w:tcBorders>
        <w:shd w:val="clear" w:color="auto" w:fill="C7B024" w:themeFill="accent6" w:themeFillShade="99"/>
      </w:tcPr>
    </w:tblStylePr>
    <w:tblStylePr w:type="firstCol">
      <w:rPr>
        <w:color w:val="000000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7B024" w:themeColor="accent6" w:themeShade="99"/>
          <w:insideV w:val="nil"/>
        </w:tcBorders>
        <w:shd w:val="clear" w:color="auto" w:fill="C7B024" w:themeFill="accent6" w:themeFillShade="99"/>
      </w:tcPr>
    </w:tblStylePr>
    <w:tblStylePr w:type="lastCol">
      <w:rPr>
        <w:color w:val="000000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B024" w:themeFill="accent6" w:themeFillShade="99"/>
      </w:tcPr>
    </w:tblStylePr>
    <w:tblStylePr w:type="band1Vert">
      <w:tblPr/>
      <w:tcPr>
        <w:shd w:val="clear" w:color="auto" w:fill="F7F3D7" w:themeFill="accent6" w:themeFillTint="66"/>
      </w:tcPr>
    </w:tblStylePr>
    <w:tblStylePr w:type="band1Horz">
      <w:tblPr/>
      <w:tcPr>
        <w:shd w:val="clear" w:color="auto" w:fill="F6F0CD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000000" w:themeColor="background1"/>
      </w:rPr>
      <w:tblPr/>
      <w:tcPr>
        <w:tcBorders>
          <w:bottom w:val="single" w:sz="12" w:space="0" w:color="000000" w:themeColor="background1"/>
        </w:tcBorders>
        <w:shd w:val="clear" w:color="auto" w:fill="E1CE59" w:themeFill="accent2" w:themeFillShade="CC"/>
      </w:tcPr>
    </w:tblStylePr>
    <w:tblStylePr w:type="lastRow">
      <w:rPr>
        <w:b/>
        <w:bCs/>
        <w:color w:val="E1CE5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000000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CF5" w:themeFill="accent1" w:themeFillTint="19"/>
    </w:tcPr>
    <w:tblStylePr w:type="firstRow">
      <w:rPr>
        <w:b/>
        <w:bCs/>
        <w:color w:val="000000" w:themeColor="background1"/>
      </w:rPr>
      <w:tblPr/>
      <w:tcPr>
        <w:tcBorders>
          <w:bottom w:val="single" w:sz="12" w:space="0" w:color="000000" w:themeColor="background1"/>
        </w:tcBorders>
        <w:shd w:val="clear" w:color="auto" w:fill="E1CE59" w:themeFill="accent2" w:themeFillShade="CC"/>
      </w:tcPr>
    </w:tblStylePr>
    <w:tblStylePr w:type="lastRow">
      <w:rPr>
        <w:b/>
        <w:bCs/>
        <w:color w:val="E1CE5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000000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7E6" w:themeFill="accent1" w:themeFillTint="3F"/>
      </w:tcPr>
    </w:tblStylePr>
    <w:tblStylePr w:type="band1Horz">
      <w:tblPr/>
      <w:tcPr>
        <w:shd w:val="clear" w:color="auto" w:fill="FBF9EA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CF5" w:themeFill="accent2" w:themeFillTint="19"/>
    </w:tcPr>
    <w:tblStylePr w:type="firstRow">
      <w:rPr>
        <w:b/>
        <w:bCs/>
        <w:color w:val="000000" w:themeColor="background1"/>
      </w:rPr>
      <w:tblPr/>
      <w:tcPr>
        <w:tcBorders>
          <w:bottom w:val="single" w:sz="12" w:space="0" w:color="000000" w:themeColor="background1"/>
        </w:tcBorders>
        <w:shd w:val="clear" w:color="auto" w:fill="E1CE59" w:themeFill="accent2" w:themeFillShade="CC"/>
      </w:tcPr>
    </w:tblStylePr>
    <w:tblStylePr w:type="lastRow">
      <w:rPr>
        <w:b/>
        <w:bCs/>
        <w:color w:val="E1CE5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000000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7E6" w:themeFill="accent2" w:themeFillTint="3F"/>
      </w:tcPr>
    </w:tblStylePr>
    <w:tblStylePr w:type="band1Horz">
      <w:tblPr/>
      <w:tcPr>
        <w:shd w:val="clear" w:color="auto" w:fill="FBF9EA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CF5" w:themeFill="accent3" w:themeFillTint="19"/>
    </w:tcPr>
    <w:tblStylePr w:type="firstRow">
      <w:rPr>
        <w:b/>
        <w:bCs/>
        <w:color w:val="000000" w:themeColor="background1"/>
      </w:rPr>
      <w:tblPr/>
      <w:tcPr>
        <w:tcBorders>
          <w:bottom w:val="single" w:sz="12" w:space="0" w:color="000000" w:themeColor="background1"/>
        </w:tcBorders>
        <w:shd w:val="clear" w:color="auto" w:fill="E1CE59" w:themeFill="accent4" w:themeFillShade="CC"/>
      </w:tcPr>
    </w:tblStylePr>
    <w:tblStylePr w:type="lastRow">
      <w:rPr>
        <w:b/>
        <w:bCs/>
        <w:color w:val="E1CE59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000000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7E6" w:themeFill="accent3" w:themeFillTint="3F"/>
      </w:tcPr>
    </w:tblStylePr>
    <w:tblStylePr w:type="band1Horz">
      <w:tblPr/>
      <w:tcPr>
        <w:shd w:val="clear" w:color="auto" w:fill="FBF9EA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CF5" w:themeFill="accent4" w:themeFillTint="19"/>
    </w:tcPr>
    <w:tblStylePr w:type="firstRow">
      <w:rPr>
        <w:b/>
        <w:bCs/>
        <w:color w:val="000000" w:themeColor="background1"/>
      </w:rPr>
      <w:tblPr/>
      <w:tcPr>
        <w:tcBorders>
          <w:bottom w:val="single" w:sz="12" w:space="0" w:color="000000" w:themeColor="background1"/>
        </w:tcBorders>
        <w:shd w:val="clear" w:color="auto" w:fill="E1CE59" w:themeFill="accent3" w:themeFillShade="CC"/>
      </w:tcPr>
    </w:tblStylePr>
    <w:tblStylePr w:type="lastRow">
      <w:rPr>
        <w:b/>
        <w:bCs/>
        <w:color w:val="E1CE59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000000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7E6" w:themeFill="accent4" w:themeFillTint="3F"/>
      </w:tcPr>
    </w:tblStylePr>
    <w:tblStylePr w:type="band1Horz">
      <w:tblPr/>
      <w:tcPr>
        <w:shd w:val="clear" w:color="auto" w:fill="FBF9EA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CF5" w:themeFill="accent5" w:themeFillTint="19"/>
    </w:tcPr>
    <w:tblStylePr w:type="firstRow">
      <w:rPr>
        <w:b/>
        <w:bCs/>
        <w:color w:val="000000" w:themeColor="background1"/>
      </w:rPr>
      <w:tblPr/>
      <w:tcPr>
        <w:tcBorders>
          <w:bottom w:val="single" w:sz="12" w:space="0" w:color="000000" w:themeColor="background1"/>
        </w:tcBorders>
        <w:shd w:val="clear" w:color="auto" w:fill="E1CE59" w:themeFill="accent6" w:themeFillShade="CC"/>
      </w:tcPr>
    </w:tblStylePr>
    <w:tblStylePr w:type="lastRow">
      <w:rPr>
        <w:b/>
        <w:bCs/>
        <w:color w:val="E1CE59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000000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7E6" w:themeFill="accent5" w:themeFillTint="3F"/>
      </w:tcPr>
    </w:tblStylePr>
    <w:tblStylePr w:type="band1Horz">
      <w:tblPr/>
      <w:tcPr>
        <w:shd w:val="clear" w:color="auto" w:fill="FBF9EA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CF5" w:themeFill="accent6" w:themeFillTint="19"/>
    </w:tcPr>
    <w:tblStylePr w:type="firstRow">
      <w:rPr>
        <w:b/>
        <w:bCs/>
        <w:color w:val="000000" w:themeColor="background1"/>
      </w:rPr>
      <w:tblPr/>
      <w:tcPr>
        <w:tcBorders>
          <w:bottom w:val="single" w:sz="12" w:space="0" w:color="000000" w:themeColor="background1"/>
        </w:tcBorders>
        <w:shd w:val="clear" w:color="auto" w:fill="E1CE59" w:themeFill="accent5" w:themeFillShade="CC"/>
      </w:tcPr>
    </w:tblStylePr>
    <w:tblStylePr w:type="lastRow">
      <w:rPr>
        <w:b/>
        <w:bCs/>
        <w:color w:val="E1CE59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000000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7E6" w:themeFill="accent6" w:themeFillTint="3F"/>
      </w:tcPr>
    </w:tblStylePr>
    <w:tblStylePr w:type="band1Horz">
      <w:tblPr/>
      <w:tcPr>
        <w:shd w:val="clear" w:color="auto" w:fill="FBF9EA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000000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000000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000000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000000" w:themeColor="background1"/>
      </w:tblBorders>
    </w:tblPr>
    <w:tcPr>
      <w:shd w:val="clear" w:color="auto" w:fill="FBF9EA" w:themeFill="accent1" w:themeFillTint="33"/>
    </w:tcPr>
    <w:tblStylePr w:type="firstRow">
      <w:rPr>
        <w:b/>
        <w:bCs/>
      </w:rPr>
      <w:tblPr/>
      <w:tcPr>
        <w:shd w:val="clear" w:color="auto" w:fill="F7F3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F3D7" w:themeFill="accent1" w:themeFillTint="66"/>
      </w:tcPr>
    </w:tblStylePr>
    <w:tblStylePr w:type="firstCol">
      <w:rPr>
        <w:color w:val="000000" w:themeColor="background1"/>
      </w:rPr>
      <w:tblPr/>
      <w:tcPr>
        <w:shd w:val="clear" w:color="auto" w:fill="DDC948" w:themeFill="accent1" w:themeFillShade="BF"/>
      </w:tcPr>
    </w:tblStylePr>
    <w:tblStylePr w:type="lastCol">
      <w:rPr>
        <w:color w:val="000000" w:themeColor="background1"/>
      </w:rPr>
      <w:tblPr/>
      <w:tcPr>
        <w:shd w:val="clear" w:color="auto" w:fill="DDC948" w:themeFill="accent1" w:themeFillShade="BF"/>
      </w:tcPr>
    </w:tblStylePr>
    <w:tblStylePr w:type="band1Vert">
      <w:tblPr/>
      <w:tcPr>
        <w:shd w:val="clear" w:color="auto" w:fill="F6F0CD" w:themeFill="accent1" w:themeFillTint="7F"/>
      </w:tcPr>
    </w:tblStylePr>
    <w:tblStylePr w:type="band1Horz">
      <w:tblPr/>
      <w:tcPr>
        <w:shd w:val="clear" w:color="auto" w:fill="F6F0CD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000000" w:themeColor="background1"/>
      </w:tblBorders>
    </w:tblPr>
    <w:tcPr>
      <w:shd w:val="clear" w:color="auto" w:fill="FBF9EA" w:themeFill="accent2" w:themeFillTint="33"/>
    </w:tcPr>
    <w:tblStylePr w:type="firstRow">
      <w:rPr>
        <w:b/>
        <w:bCs/>
      </w:rPr>
      <w:tblPr/>
      <w:tcPr>
        <w:shd w:val="clear" w:color="auto" w:fill="F7F3D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F3D7" w:themeFill="accent2" w:themeFillTint="66"/>
      </w:tcPr>
    </w:tblStylePr>
    <w:tblStylePr w:type="firstCol">
      <w:rPr>
        <w:color w:val="000000" w:themeColor="background1"/>
      </w:rPr>
      <w:tblPr/>
      <w:tcPr>
        <w:shd w:val="clear" w:color="auto" w:fill="DDC948" w:themeFill="accent2" w:themeFillShade="BF"/>
      </w:tcPr>
    </w:tblStylePr>
    <w:tblStylePr w:type="lastCol">
      <w:rPr>
        <w:color w:val="000000" w:themeColor="background1"/>
      </w:rPr>
      <w:tblPr/>
      <w:tcPr>
        <w:shd w:val="clear" w:color="auto" w:fill="DDC948" w:themeFill="accent2" w:themeFillShade="BF"/>
      </w:tcPr>
    </w:tblStylePr>
    <w:tblStylePr w:type="band1Vert">
      <w:tblPr/>
      <w:tcPr>
        <w:shd w:val="clear" w:color="auto" w:fill="F6F0CD" w:themeFill="accent2" w:themeFillTint="7F"/>
      </w:tcPr>
    </w:tblStylePr>
    <w:tblStylePr w:type="band1Horz">
      <w:tblPr/>
      <w:tcPr>
        <w:shd w:val="clear" w:color="auto" w:fill="F6F0CD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000000" w:themeColor="background1"/>
      </w:tblBorders>
    </w:tblPr>
    <w:tcPr>
      <w:shd w:val="clear" w:color="auto" w:fill="FBF9EA" w:themeFill="accent3" w:themeFillTint="33"/>
    </w:tcPr>
    <w:tblStylePr w:type="firstRow">
      <w:rPr>
        <w:b/>
        <w:bCs/>
      </w:rPr>
      <w:tblPr/>
      <w:tcPr>
        <w:shd w:val="clear" w:color="auto" w:fill="F7F3D7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F3D7" w:themeFill="accent3" w:themeFillTint="66"/>
      </w:tcPr>
    </w:tblStylePr>
    <w:tblStylePr w:type="firstCol">
      <w:rPr>
        <w:color w:val="000000" w:themeColor="background1"/>
      </w:rPr>
      <w:tblPr/>
      <w:tcPr>
        <w:shd w:val="clear" w:color="auto" w:fill="DDC948" w:themeFill="accent3" w:themeFillShade="BF"/>
      </w:tcPr>
    </w:tblStylePr>
    <w:tblStylePr w:type="lastCol">
      <w:rPr>
        <w:color w:val="000000" w:themeColor="background1"/>
      </w:rPr>
      <w:tblPr/>
      <w:tcPr>
        <w:shd w:val="clear" w:color="auto" w:fill="DDC948" w:themeFill="accent3" w:themeFillShade="BF"/>
      </w:tcPr>
    </w:tblStylePr>
    <w:tblStylePr w:type="band1Vert">
      <w:tblPr/>
      <w:tcPr>
        <w:shd w:val="clear" w:color="auto" w:fill="F6F0CD" w:themeFill="accent3" w:themeFillTint="7F"/>
      </w:tcPr>
    </w:tblStylePr>
    <w:tblStylePr w:type="band1Horz">
      <w:tblPr/>
      <w:tcPr>
        <w:shd w:val="clear" w:color="auto" w:fill="F6F0CD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000000" w:themeColor="background1"/>
      </w:tblBorders>
    </w:tblPr>
    <w:tcPr>
      <w:shd w:val="clear" w:color="auto" w:fill="FBF9EA" w:themeFill="accent4" w:themeFillTint="33"/>
    </w:tcPr>
    <w:tblStylePr w:type="firstRow">
      <w:rPr>
        <w:b/>
        <w:bCs/>
      </w:rPr>
      <w:tblPr/>
      <w:tcPr>
        <w:shd w:val="clear" w:color="auto" w:fill="F7F3D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F3D7" w:themeFill="accent4" w:themeFillTint="66"/>
      </w:tcPr>
    </w:tblStylePr>
    <w:tblStylePr w:type="firstCol">
      <w:rPr>
        <w:color w:val="000000" w:themeColor="background1"/>
      </w:rPr>
      <w:tblPr/>
      <w:tcPr>
        <w:shd w:val="clear" w:color="auto" w:fill="DDC948" w:themeFill="accent4" w:themeFillShade="BF"/>
      </w:tcPr>
    </w:tblStylePr>
    <w:tblStylePr w:type="lastCol">
      <w:rPr>
        <w:color w:val="000000" w:themeColor="background1"/>
      </w:rPr>
      <w:tblPr/>
      <w:tcPr>
        <w:shd w:val="clear" w:color="auto" w:fill="DDC948" w:themeFill="accent4" w:themeFillShade="BF"/>
      </w:tcPr>
    </w:tblStylePr>
    <w:tblStylePr w:type="band1Vert">
      <w:tblPr/>
      <w:tcPr>
        <w:shd w:val="clear" w:color="auto" w:fill="F6F0CD" w:themeFill="accent4" w:themeFillTint="7F"/>
      </w:tcPr>
    </w:tblStylePr>
    <w:tblStylePr w:type="band1Horz">
      <w:tblPr/>
      <w:tcPr>
        <w:shd w:val="clear" w:color="auto" w:fill="F6F0CD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000000" w:themeColor="background1"/>
      </w:tblBorders>
    </w:tblPr>
    <w:tcPr>
      <w:shd w:val="clear" w:color="auto" w:fill="FBF9EA" w:themeFill="accent5" w:themeFillTint="33"/>
    </w:tcPr>
    <w:tblStylePr w:type="firstRow">
      <w:rPr>
        <w:b/>
        <w:bCs/>
      </w:rPr>
      <w:tblPr/>
      <w:tcPr>
        <w:shd w:val="clear" w:color="auto" w:fill="F7F3D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F3D7" w:themeFill="accent5" w:themeFillTint="66"/>
      </w:tcPr>
    </w:tblStylePr>
    <w:tblStylePr w:type="firstCol">
      <w:rPr>
        <w:color w:val="000000" w:themeColor="background1"/>
      </w:rPr>
      <w:tblPr/>
      <w:tcPr>
        <w:shd w:val="clear" w:color="auto" w:fill="DDC948" w:themeFill="accent5" w:themeFillShade="BF"/>
      </w:tcPr>
    </w:tblStylePr>
    <w:tblStylePr w:type="lastCol">
      <w:rPr>
        <w:color w:val="000000" w:themeColor="background1"/>
      </w:rPr>
      <w:tblPr/>
      <w:tcPr>
        <w:shd w:val="clear" w:color="auto" w:fill="DDC948" w:themeFill="accent5" w:themeFillShade="BF"/>
      </w:tcPr>
    </w:tblStylePr>
    <w:tblStylePr w:type="band1Vert">
      <w:tblPr/>
      <w:tcPr>
        <w:shd w:val="clear" w:color="auto" w:fill="F6F0CD" w:themeFill="accent5" w:themeFillTint="7F"/>
      </w:tcPr>
    </w:tblStylePr>
    <w:tblStylePr w:type="band1Horz">
      <w:tblPr/>
      <w:tcPr>
        <w:shd w:val="clear" w:color="auto" w:fill="F6F0CD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000000" w:themeColor="background1"/>
      </w:tblBorders>
    </w:tblPr>
    <w:tcPr>
      <w:shd w:val="clear" w:color="auto" w:fill="FBF9EA" w:themeFill="accent6" w:themeFillTint="33"/>
    </w:tcPr>
    <w:tblStylePr w:type="firstRow">
      <w:rPr>
        <w:b/>
        <w:bCs/>
      </w:rPr>
      <w:tblPr/>
      <w:tcPr>
        <w:shd w:val="clear" w:color="auto" w:fill="F7F3D7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F3D7" w:themeFill="accent6" w:themeFillTint="66"/>
      </w:tcPr>
    </w:tblStylePr>
    <w:tblStylePr w:type="firstCol">
      <w:rPr>
        <w:color w:val="000000" w:themeColor="background1"/>
      </w:rPr>
      <w:tblPr/>
      <w:tcPr>
        <w:shd w:val="clear" w:color="auto" w:fill="DDC948" w:themeFill="accent6" w:themeFillShade="BF"/>
      </w:tcPr>
    </w:tblStylePr>
    <w:tblStylePr w:type="lastCol">
      <w:rPr>
        <w:color w:val="000000" w:themeColor="background1"/>
      </w:rPr>
      <w:tblPr/>
      <w:tcPr>
        <w:shd w:val="clear" w:color="auto" w:fill="DDC948" w:themeFill="accent6" w:themeFillShade="BF"/>
      </w:tcPr>
    </w:tblStylePr>
    <w:tblStylePr w:type="band1Vert">
      <w:tblPr/>
      <w:tcPr>
        <w:shd w:val="clear" w:color="auto" w:fill="F6F0CD" w:themeFill="accent6" w:themeFillTint="7F"/>
      </w:tcPr>
    </w:tblStylePr>
    <w:tblStylePr w:type="band1Horz">
      <w:tblPr/>
      <w:tcPr>
        <w:shd w:val="clear" w:color="auto" w:fill="F6F0CD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Custom 3">
      <a:dk1>
        <a:sysClr val="windowText" lastClr="000000"/>
      </a:dk1>
      <a:lt1>
        <a:srgbClr val="000000"/>
      </a:lt1>
      <a:dk2>
        <a:srgbClr val="542804"/>
      </a:dk2>
      <a:lt2>
        <a:srgbClr val="542804"/>
      </a:lt2>
      <a:accent1>
        <a:srgbClr val="EDE29C"/>
      </a:accent1>
      <a:accent2>
        <a:srgbClr val="EDE29C"/>
      </a:accent2>
      <a:accent3>
        <a:srgbClr val="EDE29C"/>
      </a:accent3>
      <a:accent4>
        <a:srgbClr val="EDE29C"/>
      </a:accent4>
      <a:accent5>
        <a:srgbClr val="EDE29C"/>
      </a:accent5>
      <a:accent6>
        <a:srgbClr val="EDE29C"/>
      </a:accent6>
      <a:hlink>
        <a:srgbClr val="542804"/>
      </a:hlink>
      <a:folHlink>
        <a:srgbClr val="542804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869</Characters>
  <Application>Microsoft Office Word</Application>
  <DocSecurity>0</DocSecurity>
  <Lines>33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Emma Stretton</cp:lastModifiedBy>
  <cp:revision>2</cp:revision>
  <dcterms:created xsi:type="dcterms:W3CDTF">2026-03-27T12:43:00Z</dcterms:created>
  <dcterms:modified xsi:type="dcterms:W3CDTF">2026-03-27T12:43:00Z</dcterms:modified>
  <cp:category/>
</cp:coreProperties>
</file>